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CB3" w:rsidRDefault="00302EA1">
      <w:pPr>
        <w:spacing w:before="120" w:after="360"/>
        <w:jc w:val="center"/>
        <w:rPr>
          <w:lang w:eastAsia="ko-KR"/>
        </w:rPr>
      </w:pPr>
      <w:r>
        <w:rPr>
          <w:rFonts w:eastAsia="맑은 고딕"/>
          <w:b/>
          <w:spacing w:val="60"/>
          <w:sz w:val="44"/>
          <w:lang w:eastAsia="ko-KR"/>
        </w:rPr>
        <w:t>소</w:t>
      </w:r>
      <w:r>
        <w:rPr>
          <w:rFonts w:eastAsia="맑은 고딕"/>
          <w:b/>
          <w:spacing w:val="60"/>
          <w:sz w:val="44"/>
          <w:lang w:eastAsia="ko-KR"/>
        </w:rPr>
        <w:t xml:space="preserve">     </w:t>
      </w:r>
      <w:r>
        <w:rPr>
          <w:rFonts w:eastAsia="맑은 고딕"/>
          <w:b/>
          <w:spacing w:val="60"/>
          <w:sz w:val="44"/>
          <w:lang w:eastAsia="ko-KR"/>
        </w:rPr>
        <w:t>장</w:t>
      </w:r>
    </w:p>
    <w:p w:rsidR="00C83CB3" w:rsidRDefault="00302EA1">
      <w:pPr>
        <w:rPr>
          <w:lang w:eastAsia="ko-KR"/>
        </w:rPr>
      </w:pPr>
      <w:r>
        <w:rPr>
          <w:rFonts w:eastAsia="맑은 고딕"/>
          <w:lang w:eastAsia="ko-KR"/>
        </w:rPr>
        <w:t>사</w:t>
      </w:r>
      <w:r>
        <w:rPr>
          <w:rFonts w:eastAsia="맑은 고딕"/>
          <w:lang w:eastAsia="ko-KR"/>
        </w:rPr>
        <w:t xml:space="preserve">     </w:t>
      </w:r>
      <w:r>
        <w:rPr>
          <w:rFonts w:eastAsia="맑은 고딕"/>
          <w:lang w:eastAsia="ko-KR"/>
        </w:rPr>
        <w:t>건</w:t>
      </w:r>
      <w:r>
        <w:rPr>
          <w:rFonts w:eastAsia="맑은 고딕"/>
          <w:lang w:eastAsia="ko-KR"/>
        </w:rPr>
        <w:t xml:space="preserve">     </w:t>
      </w:r>
      <w:r>
        <w:rPr>
          <w:rFonts w:eastAsia="맑은 고딕"/>
          <w:lang w:eastAsia="ko-KR"/>
        </w:rPr>
        <w:t>명</w:t>
      </w:r>
      <w:r>
        <w:rPr>
          <w:rFonts w:eastAsia="맑은 고딕"/>
          <w:lang w:eastAsia="ko-KR"/>
        </w:rPr>
        <w:t xml:space="preserve">: </w:t>
      </w:r>
      <w:r>
        <w:rPr>
          <w:rFonts w:eastAsia="맑은 고딕"/>
          <w:lang w:eastAsia="ko-KR"/>
        </w:rPr>
        <w:t>여행대금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반환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등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청구의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소</w:t>
      </w:r>
    </w:p>
    <w:p w:rsidR="00C83CB3" w:rsidRDefault="00C83CB3">
      <w:pPr>
        <w:rPr>
          <w:lang w:eastAsia="ko-K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984"/>
        <w:gridCol w:w="7087"/>
      </w:tblGrid>
      <w:tr w:rsidR="00C83CB3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jc w:val="center"/>
            </w:pPr>
            <w:r>
              <w:rPr>
                <w:rFonts w:eastAsia="맑은 고딕"/>
                <w:b/>
                <w:sz w:val="20"/>
              </w:rPr>
              <w:t>원</w:t>
            </w:r>
            <w:r>
              <w:rPr>
                <w:rFonts w:eastAsia="맑은 고딕"/>
                <w:b/>
                <w:sz w:val="20"/>
              </w:rPr>
              <w:t xml:space="preserve">  </w:t>
            </w:r>
            <w:r>
              <w:rPr>
                <w:rFonts w:eastAsia="맑은 고딕"/>
                <w:b/>
                <w:sz w:val="20"/>
              </w:rPr>
              <w:t>고</w:t>
            </w:r>
            <w:r>
              <w:rPr>
                <w:rFonts w:eastAsia="맑은 고딕"/>
                <w:b/>
                <w:sz w:val="20"/>
              </w:rPr>
              <w:t xml:space="preserve">  </w:t>
            </w:r>
            <w:proofErr w:type="spellStart"/>
            <w:r>
              <w:rPr>
                <w:rFonts w:eastAsia="맑은 고딕"/>
                <w:b/>
                <w:sz w:val="20"/>
              </w:rPr>
              <w:t>성명</w:t>
            </w:r>
            <w:proofErr w:type="spellEnd"/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r>
              <w:rPr>
                <w:rFonts w:eastAsia="맑은 고딕"/>
                <w:sz w:val="20"/>
              </w:rPr>
              <w:t>이</w:t>
            </w:r>
            <w:r>
              <w:rPr>
                <w:rFonts w:eastAsia="맑은 고딕"/>
                <w:sz w:val="20"/>
              </w:rPr>
              <w:t xml:space="preserve"> </w:t>
            </w:r>
            <w:r>
              <w:rPr>
                <w:rFonts w:eastAsia="맑은 고딕"/>
                <w:sz w:val="20"/>
              </w:rPr>
              <w:t>상</w:t>
            </w:r>
            <w:r>
              <w:rPr>
                <w:rFonts w:eastAsia="맑은 고딕"/>
                <w:sz w:val="20"/>
              </w:rPr>
              <w:t xml:space="preserve"> </w:t>
            </w:r>
            <w:r>
              <w:rPr>
                <w:rFonts w:eastAsia="맑은 고딕"/>
                <w:sz w:val="20"/>
              </w:rPr>
              <w:t>구</w:t>
            </w:r>
            <w:r>
              <w:rPr>
                <w:rFonts w:eastAsia="맑은 고딕"/>
                <w:sz w:val="20"/>
              </w:rPr>
              <w:t xml:space="preserve"> (</w:t>
            </w:r>
            <w:r>
              <w:rPr>
                <w:rFonts w:eastAsia="맑은 고딕"/>
                <w:sz w:val="20"/>
              </w:rPr>
              <w:t>李相九</w:t>
            </w:r>
            <w:r>
              <w:rPr>
                <w:rFonts w:eastAsia="맑은 고딕"/>
                <w:sz w:val="20"/>
              </w:rPr>
              <w:t>)</w:t>
            </w:r>
          </w:p>
        </w:tc>
      </w:tr>
      <w:tr w:rsidR="00C83CB3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jc w:val="center"/>
            </w:pPr>
            <w:r>
              <w:rPr>
                <w:rFonts w:eastAsia="맑은 고딕"/>
                <w:sz w:val="20"/>
              </w:rPr>
              <w:t>주민등록번호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r>
              <w:rPr>
                <w:rFonts w:eastAsia="맑은 고딕"/>
                <w:sz w:val="20"/>
              </w:rPr>
              <w:t>650206 - 1558314</w:t>
            </w:r>
          </w:p>
        </w:tc>
      </w:tr>
      <w:tr w:rsidR="00C83CB3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jc w:val="center"/>
            </w:pPr>
            <w:r>
              <w:rPr>
                <w:rFonts w:eastAsia="맑은 고딕"/>
                <w:sz w:val="20"/>
              </w:rPr>
              <w:t>주소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rPr>
                <w:lang w:eastAsia="ko-KR"/>
              </w:rPr>
            </w:pPr>
            <w:r>
              <w:rPr>
                <w:rFonts w:eastAsia="맑은 고딕"/>
                <w:sz w:val="20"/>
                <w:lang w:eastAsia="ko-KR"/>
              </w:rPr>
              <w:t>인천광역시</w:t>
            </w:r>
            <w:r>
              <w:rPr>
                <w:rFonts w:eastAsia="맑은 고딕"/>
                <w:sz w:val="20"/>
                <w:lang w:eastAsia="ko-KR"/>
              </w:rPr>
              <w:t xml:space="preserve"> </w:t>
            </w:r>
            <w:r>
              <w:rPr>
                <w:rFonts w:eastAsia="맑은 고딕"/>
                <w:sz w:val="20"/>
                <w:lang w:eastAsia="ko-KR"/>
              </w:rPr>
              <w:t>부평구</w:t>
            </w:r>
            <w:r>
              <w:rPr>
                <w:rFonts w:eastAsia="맑은 고딕"/>
                <w:sz w:val="20"/>
                <w:lang w:eastAsia="ko-KR"/>
              </w:rPr>
              <w:t xml:space="preserve"> </w:t>
            </w:r>
            <w:r>
              <w:rPr>
                <w:rFonts w:eastAsia="맑은 고딕"/>
                <w:sz w:val="20"/>
                <w:lang w:eastAsia="ko-KR"/>
              </w:rPr>
              <w:t>길주로</w:t>
            </w:r>
            <w:r>
              <w:rPr>
                <w:rFonts w:eastAsia="맑은 고딕"/>
                <w:sz w:val="20"/>
                <w:lang w:eastAsia="ko-KR"/>
              </w:rPr>
              <w:t xml:space="preserve"> 623, 102</w:t>
            </w:r>
            <w:r>
              <w:rPr>
                <w:rFonts w:eastAsia="맑은 고딕"/>
                <w:sz w:val="20"/>
                <w:lang w:eastAsia="ko-KR"/>
              </w:rPr>
              <w:t>동</w:t>
            </w:r>
            <w:r>
              <w:rPr>
                <w:rFonts w:eastAsia="맑은 고딕"/>
                <w:sz w:val="20"/>
                <w:lang w:eastAsia="ko-KR"/>
              </w:rPr>
              <w:t xml:space="preserve"> 1809</w:t>
            </w:r>
            <w:r>
              <w:rPr>
                <w:rFonts w:eastAsia="맑은 고딕"/>
                <w:sz w:val="20"/>
                <w:lang w:eastAsia="ko-KR"/>
              </w:rPr>
              <w:t>호</w:t>
            </w:r>
            <w:r>
              <w:rPr>
                <w:rFonts w:eastAsia="맑은 고딕"/>
                <w:sz w:val="20"/>
                <w:lang w:eastAsia="ko-KR"/>
              </w:rPr>
              <w:t xml:space="preserve"> (</w:t>
            </w:r>
            <w:proofErr w:type="spellStart"/>
            <w:r>
              <w:rPr>
                <w:rFonts w:eastAsia="맑은 고딕"/>
                <w:sz w:val="20"/>
                <w:lang w:eastAsia="ko-KR"/>
              </w:rPr>
              <w:t>삼산동</w:t>
            </w:r>
            <w:proofErr w:type="spellEnd"/>
            <w:r>
              <w:rPr>
                <w:rFonts w:eastAsia="맑은 고딕"/>
                <w:sz w:val="20"/>
                <w:lang w:eastAsia="ko-KR"/>
              </w:rPr>
              <w:t xml:space="preserve">, </w:t>
            </w:r>
            <w:proofErr w:type="spellStart"/>
            <w:r>
              <w:rPr>
                <w:rFonts w:eastAsia="맑은 고딕"/>
                <w:sz w:val="20"/>
                <w:lang w:eastAsia="ko-KR"/>
              </w:rPr>
              <w:t>대덕리치아노</w:t>
            </w:r>
            <w:proofErr w:type="spellEnd"/>
            <w:r>
              <w:rPr>
                <w:rFonts w:eastAsia="맑은 고딕"/>
                <w:sz w:val="20"/>
                <w:lang w:eastAsia="ko-KR"/>
              </w:rPr>
              <w:t>)</w:t>
            </w:r>
          </w:p>
        </w:tc>
      </w:tr>
      <w:tr w:rsidR="00C83CB3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jc w:val="center"/>
            </w:pPr>
            <w:proofErr w:type="spellStart"/>
            <w:r>
              <w:rPr>
                <w:rFonts w:eastAsia="맑은 고딕"/>
                <w:sz w:val="20"/>
              </w:rPr>
              <w:t>연락</w:t>
            </w:r>
            <w:proofErr w:type="spellEnd"/>
            <w:r>
              <w:rPr>
                <w:rFonts w:eastAsia="맑은 고딕"/>
                <w:sz w:val="20"/>
              </w:rPr>
              <w:t xml:space="preserve"> </w:t>
            </w:r>
            <w:proofErr w:type="spellStart"/>
            <w:r>
              <w:rPr>
                <w:rFonts w:eastAsia="맑은 고딕"/>
                <w:sz w:val="20"/>
              </w:rPr>
              <w:t>가능한</w:t>
            </w:r>
            <w:proofErr w:type="spellEnd"/>
            <w:r>
              <w:rPr>
                <w:rFonts w:eastAsia="맑은 고딕"/>
                <w:sz w:val="20"/>
              </w:rPr>
              <w:br/>
            </w:r>
            <w:proofErr w:type="spellStart"/>
            <w:r>
              <w:rPr>
                <w:rFonts w:eastAsia="맑은 고딕"/>
                <w:sz w:val="20"/>
              </w:rPr>
              <w:t>전화번호</w:t>
            </w:r>
            <w:proofErr w:type="spellEnd"/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r>
              <w:rPr>
                <w:rFonts w:eastAsia="맑은 고딕"/>
                <w:sz w:val="20"/>
              </w:rPr>
              <w:t>010-3316-5496</w:t>
            </w:r>
          </w:p>
        </w:tc>
      </w:tr>
    </w:tbl>
    <w:p w:rsidR="00C83CB3" w:rsidRDefault="00C83CB3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984"/>
        <w:gridCol w:w="7087"/>
      </w:tblGrid>
      <w:tr w:rsidR="00C83CB3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jc w:val="center"/>
            </w:pPr>
            <w:r>
              <w:rPr>
                <w:rFonts w:eastAsia="맑은 고딕"/>
                <w:b/>
                <w:sz w:val="20"/>
              </w:rPr>
              <w:t>피</w:t>
            </w:r>
            <w:r>
              <w:rPr>
                <w:rFonts w:eastAsia="맑은 고딕"/>
                <w:b/>
                <w:sz w:val="20"/>
              </w:rPr>
              <w:t xml:space="preserve">  </w:t>
            </w:r>
            <w:r>
              <w:rPr>
                <w:rFonts w:eastAsia="맑은 고딕"/>
                <w:b/>
                <w:sz w:val="20"/>
              </w:rPr>
              <w:t>고</w:t>
            </w:r>
            <w:r>
              <w:rPr>
                <w:rFonts w:eastAsia="맑은 고딕"/>
                <w:b/>
                <w:sz w:val="20"/>
              </w:rPr>
              <w:t xml:space="preserve">  </w:t>
            </w:r>
            <w:r>
              <w:rPr>
                <w:rFonts w:eastAsia="맑은 고딕"/>
                <w:b/>
                <w:sz w:val="20"/>
              </w:rPr>
              <w:t>성명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r>
              <w:rPr>
                <w:rFonts w:eastAsia="맑은 고딕"/>
                <w:sz w:val="20"/>
              </w:rPr>
              <w:t>정</w:t>
            </w:r>
            <w:r>
              <w:rPr>
                <w:rFonts w:eastAsia="맑은 고딕"/>
                <w:sz w:val="20"/>
              </w:rPr>
              <w:t xml:space="preserve"> </w:t>
            </w:r>
            <w:r>
              <w:rPr>
                <w:rFonts w:eastAsia="맑은 고딕"/>
                <w:sz w:val="20"/>
              </w:rPr>
              <w:t>주</w:t>
            </w:r>
            <w:r>
              <w:rPr>
                <w:rFonts w:eastAsia="맑은 고딕"/>
                <w:sz w:val="20"/>
              </w:rPr>
              <w:t xml:space="preserve"> </w:t>
            </w:r>
            <w:r>
              <w:rPr>
                <w:rFonts w:eastAsia="맑은 고딕"/>
                <w:sz w:val="20"/>
              </w:rPr>
              <w:t>옥</w:t>
            </w:r>
            <w:r>
              <w:rPr>
                <w:rFonts w:eastAsia="맑은 고딕"/>
                <w:sz w:val="20"/>
              </w:rPr>
              <w:t xml:space="preserve"> (</w:t>
            </w:r>
            <w:r>
              <w:rPr>
                <w:rFonts w:eastAsia="맑은 고딕"/>
                <w:sz w:val="20"/>
              </w:rPr>
              <w:t>鄭主玉</w:t>
            </w:r>
            <w:r>
              <w:rPr>
                <w:rFonts w:eastAsia="맑은 고딕"/>
                <w:sz w:val="20"/>
              </w:rPr>
              <w:t xml:space="preserve">)   (1974. 11. 20. </w:t>
            </w:r>
            <w:r>
              <w:rPr>
                <w:rFonts w:eastAsia="맑은 고딕"/>
                <w:sz w:val="20"/>
              </w:rPr>
              <w:t>생</w:t>
            </w:r>
            <w:r>
              <w:rPr>
                <w:rFonts w:eastAsia="맑은 고딕"/>
                <w:sz w:val="20"/>
              </w:rPr>
              <w:t>)</w:t>
            </w:r>
          </w:p>
        </w:tc>
      </w:tr>
      <w:tr w:rsidR="00C83CB3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jc w:val="center"/>
            </w:pPr>
            <w:r>
              <w:rPr>
                <w:rFonts w:eastAsia="맑은 고딕"/>
                <w:sz w:val="20"/>
              </w:rPr>
              <w:t>주민등록번호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r>
              <w:rPr>
                <w:rFonts w:eastAsia="맑은 고딕"/>
                <w:sz w:val="20"/>
              </w:rPr>
              <w:t>(</w:t>
            </w:r>
            <w:r>
              <w:rPr>
                <w:rFonts w:eastAsia="맑은 고딕"/>
                <w:sz w:val="20"/>
              </w:rPr>
              <w:t>미상</w:t>
            </w:r>
            <w:r>
              <w:rPr>
                <w:rFonts w:eastAsia="맑은 고딕"/>
                <w:sz w:val="20"/>
              </w:rPr>
              <w:t>)</w:t>
            </w:r>
          </w:p>
        </w:tc>
      </w:tr>
      <w:tr w:rsidR="00C83CB3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jc w:val="center"/>
            </w:pPr>
            <w:r>
              <w:rPr>
                <w:rFonts w:eastAsia="맑은 고딕"/>
                <w:sz w:val="20"/>
              </w:rPr>
              <w:t>주소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rPr>
                <w:lang w:eastAsia="ko-KR"/>
              </w:rPr>
            </w:pPr>
            <w:r>
              <w:rPr>
                <w:rFonts w:eastAsia="맑은 고딕"/>
                <w:sz w:val="20"/>
                <w:lang w:eastAsia="ko-KR"/>
              </w:rPr>
              <w:t>제주특별자치도</w:t>
            </w:r>
            <w:r>
              <w:rPr>
                <w:rFonts w:eastAsia="맑은 고딕"/>
                <w:sz w:val="20"/>
                <w:lang w:eastAsia="ko-KR"/>
              </w:rPr>
              <w:t xml:space="preserve"> </w:t>
            </w:r>
            <w:r>
              <w:rPr>
                <w:rFonts w:eastAsia="맑은 고딕"/>
                <w:sz w:val="20"/>
                <w:lang w:eastAsia="ko-KR"/>
              </w:rPr>
              <w:t>제주시</w:t>
            </w:r>
            <w:r>
              <w:rPr>
                <w:rFonts w:eastAsia="맑은 고딕"/>
                <w:sz w:val="20"/>
                <w:lang w:eastAsia="ko-KR"/>
              </w:rPr>
              <w:t xml:space="preserve"> </w:t>
            </w:r>
            <w:r>
              <w:rPr>
                <w:rFonts w:eastAsia="맑은 고딕"/>
                <w:sz w:val="20"/>
                <w:lang w:eastAsia="ko-KR"/>
              </w:rPr>
              <w:t>용해로</w:t>
            </w:r>
            <w:r>
              <w:rPr>
                <w:rFonts w:eastAsia="맑은 고딕"/>
                <w:sz w:val="20"/>
                <w:lang w:eastAsia="ko-KR"/>
              </w:rPr>
              <w:t xml:space="preserve"> 55, 3</w:t>
            </w:r>
            <w:r>
              <w:rPr>
                <w:rFonts w:eastAsia="맑은 고딕"/>
                <w:sz w:val="20"/>
                <w:lang w:eastAsia="ko-KR"/>
              </w:rPr>
              <w:t>층</w:t>
            </w:r>
            <w:r>
              <w:rPr>
                <w:rFonts w:eastAsia="맑은 고딕"/>
                <w:sz w:val="20"/>
                <w:lang w:eastAsia="ko-KR"/>
              </w:rPr>
              <w:t xml:space="preserve"> 303</w:t>
            </w:r>
            <w:r>
              <w:rPr>
                <w:rFonts w:eastAsia="맑은 고딕"/>
                <w:sz w:val="20"/>
                <w:lang w:eastAsia="ko-KR"/>
              </w:rPr>
              <w:t>호</w:t>
            </w:r>
            <w:r>
              <w:rPr>
                <w:rFonts w:eastAsia="맑은 고딕"/>
                <w:sz w:val="20"/>
                <w:lang w:eastAsia="ko-KR"/>
              </w:rPr>
              <w:t xml:space="preserve"> (</w:t>
            </w:r>
            <w:r>
              <w:rPr>
                <w:rFonts w:eastAsia="맑은 고딕"/>
                <w:sz w:val="20"/>
                <w:lang w:eastAsia="ko-KR"/>
              </w:rPr>
              <w:t>용담이동</w:t>
            </w:r>
            <w:r>
              <w:rPr>
                <w:rFonts w:eastAsia="맑은 고딕"/>
                <w:sz w:val="20"/>
                <w:lang w:eastAsia="ko-KR"/>
              </w:rPr>
              <w:t>)</w:t>
            </w:r>
            <w:r>
              <w:rPr>
                <w:rFonts w:eastAsia="맑은 고딕"/>
                <w:sz w:val="20"/>
                <w:lang w:eastAsia="ko-KR"/>
              </w:rPr>
              <w:br/>
            </w:r>
            <w:proofErr w:type="gramStart"/>
            <w:r>
              <w:rPr>
                <w:rFonts w:eastAsia="맑은 고딕"/>
                <w:sz w:val="20"/>
                <w:lang w:eastAsia="ko-KR"/>
              </w:rPr>
              <w:t xml:space="preserve">   </w:t>
            </w:r>
            <w:r>
              <w:rPr>
                <w:rFonts w:eastAsia="맑은 고딕"/>
                <w:sz w:val="20"/>
                <w:lang w:eastAsia="ko-KR"/>
              </w:rPr>
              <w:t>상호</w:t>
            </w:r>
            <w:proofErr w:type="gramEnd"/>
            <w:r>
              <w:rPr>
                <w:rFonts w:eastAsia="맑은 고딕"/>
                <w:sz w:val="20"/>
                <w:lang w:eastAsia="ko-KR"/>
              </w:rPr>
              <w:t xml:space="preserve">: </w:t>
            </w:r>
            <w:r>
              <w:rPr>
                <w:rFonts w:eastAsia="맑은 고딕"/>
                <w:sz w:val="20"/>
                <w:lang w:eastAsia="ko-KR"/>
              </w:rPr>
              <w:t>누리여행서비스</w:t>
            </w:r>
            <w:r>
              <w:rPr>
                <w:rFonts w:eastAsia="맑은 고딕"/>
                <w:sz w:val="20"/>
                <w:lang w:eastAsia="ko-KR"/>
              </w:rPr>
              <w:t xml:space="preserve"> (</w:t>
            </w:r>
            <w:r>
              <w:rPr>
                <w:rFonts w:eastAsia="맑은 고딕"/>
                <w:sz w:val="20"/>
                <w:lang w:eastAsia="ko-KR"/>
              </w:rPr>
              <w:t>사업자등록번호</w:t>
            </w:r>
            <w:r>
              <w:rPr>
                <w:rFonts w:eastAsia="맑은 고딕"/>
                <w:sz w:val="20"/>
                <w:lang w:eastAsia="ko-KR"/>
              </w:rPr>
              <w:t xml:space="preserve"> 843-04-02567)</w:t>
            </w:r>
          </w:p>
        </w:tc>
      </w:tr>
      <w:tr w:rsidR="00C83CB3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pPr>
              <w:jc w:val="center"/>
            </w:pPr>
            <w:proofErr w:type="spellStart"/>
            <w:r>
              <w:rPr>
                <w:rFonts w:eastAsia="맑은 고딕"/>
                <w:sz w:val="20"/>
              </w:rPr>
              <w:t>연락</w:t>
            </w:r>
            <w:proofErr w:type="spellEnd"/>
            <w:r>
              <w:rPr>
                <w:rFonts w:eastAsia="맑은 고딕"/>
                <w:sz w:val="20"/>
              </w:rPr>
              <w:t xml:space="preserve"> </w:t>
            </w:r>
            <w:proofErr w:type="spellStart"/>
            <w:r>
              <w:rPr>
                <w:rFonts w:eastAsia="맑은 고딕"/>
                <w:sz w:val="20"/>
              </w:rPr>
              <w:t>가능한</w:t>
            </w:r>
            <w:proofErr w:type="spellEnd"/>
            <w:r>
              <w:rPr>
                <w:rFonts w:eastAsia="맑은 고딕"/>
                <w:sz w:val="20"/>
              </w:rPr>
              <w:br/>
            </w:r>
            <w:proofErr w:type="spellStart"/>
            <w:r>
              <w:rPr>
                <w:rFonts w:eastAsia="맑은 고딕"/>
                <w:sz w:val="20"/>
              </w:rPr>
              <w:t>전화번호</w:t>
            </w:r>
            <w:proofErr w:type="spellEnd"/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B3" w:rsidRDefault="00302EA1">
            <w:r>
              <w:rPr>
                <w:rFonts w:eastAsia="맑은 고딕"/>
                <w:sz w:val="20"/>
              </w:rPr>
              <w:t>010-4921-8655</w:t>
            </w:r>
          </w:p>
        </w:tc>
      </w:tr>
    </w:tbl>
    <w:p w:rsidR="00C83CB3" w:rsidRDefault="00C83CB3"/>
    <w:p w:rsidR="00C83CB3" w:rsidRDefault="00C83CB3"/>
    <w:p w:rsidR="00C83CB3" w:rsidRDefault="00302EA1">
      <w:r>
        <w:rPr>
          <w:rFonts w:eastAsia="맑은 고딕"/>
          <w:b/>
        </w:rPr>
        <w:t>소송목적의</w:t>
      </w:r>
      <w:r>
        <w:rPr>
          <w:rFonts w:eastAsia="맑은 고딕"/>
          <w:b/>
        </w:rPr>
        <w:t xml:space="preserve"> </w:t>
      </w:r>
      <w:r>
        <w:rPr>
          <w:rFonts w:eastAsia="맑은 고딕"/>
          <w:b/>
        </w:rPr>
        <w:t>값</w:t>
      </w:r>
      <w:r>
        <w:rPr>
          <w:rFonts w:eastAsia="맑은 고딕"/>
          <w:b/>
        </w:rPr>
        <w:t xml:space="preserve">     </w:t>
      </w:r>
      <w:r>
        <w:rPr>
          <w:rFonts w:eastAsia="맑은 고딕"/>
        </w:rPr>
        <w:t>금</w:t>
      </w:r>
      <w:r>
        <w:rPr>
          <w:rFonts w:eastAsia="맑은 고딕"/>
        </w:rPr>
        <w:t xml:space="preserve">  12,720,000  </w:t>
      </w:r>
      <w:r>
        <w:rPr>
          <w:rFonts w:eastAsia="맑은 고딕"/>
        </w:rPr>
        <w:t>원</w:t>
      </w:r>
      <w:bookmarkStart w:id="0" w:name="_GoBack"/>
      <w:bookmarkEnd w:id="0"/>
    </w:p>
    <w:p w:rsidR="00C83CB3" w:rsidRDefault="00302EA1">
      <w:r>
        <w:rPr>
          <w:rFonts w:eastAsia="맑은 고딕"/>
          <w:b/>
        </w:rPr>
        <w:t>인</w:t>
      </w:r>
      <w:r>
        <w:rPr>
          <w:rFonts w:eastAsia="맑은 고딕"/>
          <w:b/>
        </w:rPr>
        <w:t xml:space="preserve">              </w:t>
      </w:r>
      <w:r>
        <w:rPr>
          <w:rFonts w:eastAsia="맑은 고딕"/>
          <w:b/>
        </w:rPr>
        <w:t>지</w:t>
      </w:r>
      <w:r>
        <w:rPr>
          <w:rFonts w:eastAsia="맑은 고딕"/>
          <w:b/>
        </w:rPr>
        <w:t xml:space="preserve">     </w:t>
      </w:r>
      <w:r>
        <w:rPr>
          <w:rFonts w:eastAsia="맑은 고딕"/>
        </w:rPr>
        <w:t>금</w:t>
      </w:r>
      <w:r>
        <w:rPr>
          <w:rFonts w:eastAsia="맑은 고딕"/>
        </w:rPr>
        <w:t xml:space="preserve">  ( </w:t>
      </w:r>
      <w:r>
        <w:rPr>
          <w:rFonts w:eastAsia="맑은 고딕"/>
        </w:rPr>
        <w:t>법원</w:t>
      </w:r>
      <w:r>
        <w:rPr>
          <w:rFonts w:eastAsia="맑은 고딕"/>
        </w:rPr>
        <w:t xml:space="preserve"> </w:t>
      </w:r>
      <w:r>
        <w:rPr>
          <w:rFonts w:eastAsia="맑은 고딕"/>
        </w:rPr>
        <w:t>산정</w:t>
      </w:r>
      <w:r>
        <w:rPr>
          <w:rFonts w:eastAsia="맑은 고딕"/>
        </w:rPr>
        <w:t xml:space="preserve"> )  </w:t>
      </w:r>
      <w:r>
        <w:rPr>
          <w:rFonts w:eastAsia="맑은 고딕"/>
        </w:rPr>
        <w:t>원</w:t>
      </w:r>
    </w:p>
    <w:p w:rsidR="00C83CB3" w:rsidRDefault="00302EA1">
      <w:pPr>
        <w:rPr>
          <w:lang w:eastAsia="ko-KR"/>
        </w:rPr>
      </w:pPr>
      <w:r>
        <w:rPr>
          <w:rFonts w:eastAsia="맑은 고딕"/>
          <w:b/>
          <w:lang w:eastAsia="ko-KR"/>
        </w:rPr>
        <w:t>예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납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송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달</w:t>
      </w:r>
      <w:r>
        <w:rPr>
          <w:rFonts w:eastAsia="맑은 고딕"/>
          <w:b/>
          <w:lang w:eastAsia="ko-KR"/>
        </w:rPr>
        <w:t xml:space="preserve"> </w:t>
      </w:r>
      <w:proofErr w:type="spellStart"/>
      <w:r>
        <w:rPr>
          <w:rFonts w:eastAsia="맑은 고딕"/>
          <w:b/>
          <w:lang w:eastAsia="ko-KR"/>
        </w:rPr>
        <w:t>료</w:t>
      </w:r>
      <w:proofErr w:type="spellEnd"/>
      <w:r>
        <w:rPr>
          <w:rFonts w:eastAsia="맑은 고딕"/>
          <w:b/>
          <w:lang w:eastAsia="ko-KR"/>
        </w:rPr>
        <w:t xml:space="preserve">     </w:t>
      </w:r>
      <w:r>
        <w:rPr>
          <w:rFonts w:eastAsia="맑은 고딕"/>
          <w:lang w:eastAsia="ko-KR"/>
        </w:rPr>
        <w:t>금</w:t>
      </w:r>
      <w:r>
        <w:rPr>
          <w:rFonts w:eastAsia="맑은 고딕"/>
          <w:lang w:eastAsia="ko-KR"/>
        </w:rPr>
        <w:t xml:space="preserve">  </w:t>
      </w:r>
      <w:proofErr w:type="gramStart"/>
      <w:r>
        <w:rPr>
          <w:rFonts w:eastAsia="맑은 고딕"/>
          <w:lang w:eastAsia="ko-KR"/>
        </w:rPr>
        <w:t xml:space="preserve">( </w:t>
      </w:r>
      <w:r>
        <w:rPr>
          <w:rFonts w:eastAsia="맑은 고딕"/>
          <w:lang w:eastAsia="ko-KR"/>
        </w:rPr>
        <w:t>법원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산정</w:t>
      </w:r>
      <w:r>
        <w:rPr>
          <w:rFonts w:eastAsia="맑은 고딕"/>
          <w:lang w:eastAsia="ko-KR"/>
        </w:rPr>
        <w:t xml:space="preserve"> )  </w:t>
      </w:r>
      <w:r>
        <w:rPr>
          <w:rFonts w:eastAsia="맑은 고딕"/>
          <w:lang w:eastAsia="ko-KR"/>
        </w:rPr>
        <w:t>원</w:t>
      </w:r>
    </w:p>
    <w:p w:rsidR="002A593C" w:rsidRDefault="002A593C">
      <w:pPr>
        <w:spacing w:before="240" w:after="160"/>
        <w:jc w:val="center"/>
        <w:rPr>
          <w:rFonts w:eastAsia="맑은 고딕"/>
          <w:b/>
          <w:sz w:val="28"/>
          <w:lang w:eastAsia="ko-KR"/>
        </w:rPr>
      </w:pPr>
    </w:p>
    <w:p w:rsidR="002A593C" w:rsidRDefault="002A593C">
      <w:pPr>
        <w:spacing w:before="240" w:after="160"/>
        <w:jc w:val="center"/>
        <w:rPr>
          <w:rFonts w:eastAsia="맑은 고딕"/>
          <w:b/>
          <w:sz w:val="28"/>
        </w:rPr>
      </w:pPr>
    </w:p>
    <w:p w:rsidR="00C83CB3" w:rsidRDefault="00302EA1">
      <w:pPr>
        <w:spacing w:before="240" w:after="160"/>
        <w:jc w:val="center"/>
        <w:rPr>
          <w:lang w:eastAsia="ko-KR"/>
        </w:rPr>
      </w:pPr>
      <w:r>
        <w:rPr>
          <w:rFonts w:eastAsia="맑은 고딕"/>
          <w:b/>
          <w:sz w:val="28"/>
        </w:rPr>
        <w:lastRenderedPageBreak/>
        <w:t>청</w:t>
      </w:r>
      <w:r>
        <w:rPr>
          <w:rFonts w:eastAsia="맑은 고딕"/>
          <w:b/>
          <w:sz w:val="28"/>
        </w:rPr>
        <w:t xml:space="preserve">   </w:t>
      </w:r>
      <w:r>
        <w:rPr>
          <w:rFonts w:eastAsia="맑은 고딕"/>
          <w:b/>
          <w:sz w:val="28"/>
        </w:rPr>
        <w:t>구</w:t>
      </w:r>
      <w:r>
        <w:rPr>
          <w:rFonts w:eastAsia="맑은 고딕"/>
          <w:b/>
          <w:sz w:val="28"/>
        </w:rPr>
        <w:t xml:space="preserve">   </w:t>
      </w:r>
      <w:r>
        <w:rPr>
          <w:rFonts w:eastAsia="맑은 고딕"/>
          <w:b/>
          <w:sz w:val="28"/>
        </w:rPr>
        <w:t>취</w:t>
      </w:r>
      <w:r>
        <w:rPr>
          <w:rFonts w:eastAsia="맑은 고딕"/>
          <w:b/>
          <w:sz w:val="28"/>
        </w:rPr>
        <w:t xml:space="preserve">   </w:t>
      </w:r>
      <w:r>
        <w:rPr>
          <w:rFonts w:eastAsia="맑은 고딕"/>
          <w:b/>
          <w:sz w:val="28"/>
        </w:rPr>
        <w:t>지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원고에게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금</w:t>
      </w:r>
      <w:r>
        <w:rPr>
          <w:rFonts w:eastAsia="맑은 고딕"/>
          <w:lang w:eastAsia="ko-KR"/>
        </w:rPr>
        <w:t xml:space="preserve"> 12,720,000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대하여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소장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부본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송달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다음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날부터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다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갚는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날까지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연</w:t>
      </w:r>
      <w:r>
        <w:rPr>
          <w:rFonts w:eastAsia="맑은 고딕"/>
          <w:lang w:eastAsia="ko-KR"/>
        </w:rPr>
        <w:t xml:space="preserve"> 12%</w:t>
      </w:r>
      <w:r>
        <w:rPr>
          <w:rFonts w:eastAsia="맑은 고딕"/>
          <w:lang w:eastAsia="ko-KR"/>
        </w:rPr>
        <w:t>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비율로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계산한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돈을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지급하라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2.  </w:t>
      </w:r>
      <w:r>
        <w:rPr>
          <w:rFonts w:eastAsia="맑은 고딕"/>
          <w:lang w:eastAsia="ko-KR"/>
        </w:rPr>
        <w:t>소송비용은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부담한다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3. 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1</w:t>
      </w:r>
      <w:r>
        <w:rPr>
          <w:rFonts w:eastAsia="맑은 고딕"/>
          <w:lang w:eastAsia="ko-KR"/>
        </w:rPr>
        <w:t>항은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가집행할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있다</w:t>
      </w:r>
      <w:r>
        <w:rPr>
          <w:rFonts w:eastAsia="맑은 고딕"/>
          <w:lang w:eastAsia="ko-KR"/>
        </w:rPr>
        <w:t>.</w:t>
      </w:r>
    </w:p>
    <w:p w:rsidR="00C83CB3" w:rsidRDefault="00C83CB3">
      <w:pPr>
        <w:rPr>
          <w:lang w:eastAsia="ko-KR"/>
        </w:rPr>
      </w:pPr>
    </w:p>
    <w:p w:rsidR="00C83CB3" w:rsidRDefault="00302EA1">
      <w:pPr>
        <w:jc w:val="right"/>
        <w:rPr>
          <w:lang w:eastAsia="ko-KR"/>
        </w:rPr>
      </w:pPr>
      <w:r>
        <w:rPr>
          <w:rFonts w:eastAsia="맑은 고딕"/>
          <w:lang w:eastAsia="ko-KR"/>
        </w:rPr>
        <w:t>라는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판결을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구합니다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before="240" w:after="160"/>
        <w:jc w:val="center"/>
        <w:rPr>
          <w:lang w:eastAsia="ko-KR"/>
        </w:rPr>
      </w:pPr>
      <w:r>
        <w:rPr>
          <w:rFonts w:eastAsia="맑은 고딕"/>
          <w:b/>
          <w:sz w:val="28"/>
          <w:lang w:eastAsia="ko-KR"/>
        </w:rPr>
        <w:t>청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구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원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인</w:t>
      </w:r>
    </w:p>
    <w:p w:rsidR="00C83CB3" w:rsidRDefault="00302EA1">
      <w:pPr>
        <w:spacing w:after="80"/>
        <w:rPr>
          <w:lang w:eastAsia="ko-KR"/>
        </w:rPr>
      </w:pPr>
      <w:r>
        <w:rPr>
          <w:rFonts w:eastAsia="맑은 고딕"/>
          <w:b/>
          <w:lang w:eastAsia="ko-KR"/>
        </w:rPr>
        <w:t xml:space="preserve">1.  </w:t>
      </w:r>
      <w:r>
        <w:rPr>
          <w:rFonts w:eastAsia="맑은 고딕"/>
          <w:b/>
          <w:lang w:eastAsia="ko-KR"/>
        </w:rPr>
        <w:t>당사자의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지위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가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원고는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지인</w:t>
      </w:r>
      <w:r>
        <w:rPr>
          <w:rFonts w:eastAsia="맑은 고딕"/>
          <w:lang w:eastAsia="ko-KR"/>
        </w:rPr>
        <w:t xml:space="preserve"> 7</w:t>
      </w:r>
      <w:r>
        <w:rPr>
          <w:rFonts w:eastAsia="맑은 고딕"/>
          <w:lang w:eastAsia="ko-KR"/>
        </w:rPr>
        <w:t>명과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함께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중국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청도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靑島</w:t>
      </w:r>
      <w:r>
        <w:rPr>
          <w:rFonts w:eastAsia="맑은 고딕"/>
          <w:lang w:eastAsia="ko-KR"/>
        </w:rPr>
        <w:t xml:space="preserve">) </w:t>
      </w:r>
      <w:r>
        <w:rPr>
          <w:rFonts w:eastAsia="맑은 고딕"/>
          <w:lang w:eastAsia="ko-KR"/>
        </w:rPr>
        <w:t>패키지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골프여행을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떠나기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여행계약을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체결한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자입니다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나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제주특별자치도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제주시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용해로</w:t>
      </w:r>
      <w:r>
        <w:rPr>
          <w:rFonts w:eastAsia="맑은 고딕"/>
          <w:lang w:eastAsia="ko-KR"/>
        </w:rPr>
        <w:t xml:space="preserve"> 55, 3</w:t>
      </w:r>
      <w:r>
        <w:rPr>
          <w:rFonts w:eastAsia="맑은 고딕"/>
          <w:lang w:eastAsia="ko-KR"/>
        </w:rPr>
        <w:t>층</w:t>
      </w:r>
      <w:r>
        <w:rPr>
          <w:rFonts w:eastAsia="맑은 고딕"/>
          <w:lang w:eastAsia="ko-KR"/>
        </w:rPr>
        <w:t xml:space="preserve"> 303</w:t>
      </w:r>
      <w:r>
        <w:rPr>
          <w:rFonts w:eastAsia="맑은 고딕"/>
          <w:lang w:eastAsia="ko-KR"/>
        </w:rPr>
        <w:t>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소재</w:t>
      </w:r>
      <w:r>
        <w:rPr>
          <w:rFonts w:eastAsia="맑은 고딕"/>
          <w:lang w:eastAsia="ko-KR"/>
        </w:rPr>
        <w:t xml:space="preserve"> "</w:t>
      </w:r>
      <w:r>
        <w:rPr>
          <w:rFonts w:eastAsia="맑은 고딕"/>
          <w:lang w:eastAsia="ko-KR"/>
        </w:rPr>
        <w:t>누리여행서비스</w:t>
      </w:r>
      <w:r>
        <w:rPr>
          <w:rFonts w:eastAsia="맑은 고딕"/>
          <w:lang w:eastAsia="ko-KR"/>
        </w:rPr>
        <w:t>"(</w:t>
      </w:r>
      <w:r>
        <w:rPr>
          <w:rFonts w:eastAsia="맑은 고딕"/>
          <w:lang w:eastAsia="ko-KR"/>
        </w:rPr>
        <w:t>사업자등록번호</w:t>
      </w:r>
      <w:r>
        <w:rPr>
          <w:rFonts w:eastAsia="맑은 고딕"/>
          <w:lang w:eastAsia="ko-KR"/>
        </w:rPr>
        <w:t xml:space="preserve"> 843-04-02567)</w:t>
      </w:r>
      <w:r>
        <w:rPr>
          <w:rFonts w:eastAsia="맑은 고딕"/>
          <w:lang w:eastAsia="ko-KR"/>
        </w:rPr>
        <w:t>라는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상호로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여행알선업을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영위하는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자입니다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/>
        <w:rPr>
          <w:lang w:eastAsia="ko-KR"/>
        </w:rPr>
      </w:pPr>
      <w:r>
        <w:rPr>
          <w:rFonts w:eastAsia="맑은 고딕"/>
          <w:b/>
          <w:lang w:eastAsia="ko-KR"/>
        </w:rPr>
        <w:t xml:space="preserve">2.  </w:t>
      </w:r>
      <w:r>
        <w:rPr>
          <w:rFonts w:eastAsia="맑은 고딕"/>
          <w:b/>
          <w:lang w:eastAsia="ko-KR"/>
        </w:rPr>
        <w:t>여행계약의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체결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및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여행대금의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지급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가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원고는</w:t>
      </w:r>
      <w:r>
        <w:rPr>
          <w:rFonts w:eastAsia="맑은 고딕"/>
          <w:lang w:eastAsia="ko-KR"/>
        </w:rPr>
        <w:t xml:space="preserve"> 2026</w:t>
      </w:r>
      <w:r>
        <w:rPr>
          <w:rFonts w:eastAsia="맑은 고딕"/>
          <w:lang w:eastAsia="ko-KR"/>
        </w:rPr>
        <w:t>년</w:t>
      </w:r>
      <w:r>
        <w:rPr>
          <w:rFonts w:eastAsia="맑은 고딕"/>
          <w:lang w:eastAsia="ko-KR"/>
        </w:rPr>
        <w:t xml:space="preserve"> 2</w:t>
      </w:r>
      <w:r>
        <w:rPr>
          <w:rFonts w:eastAsia="맑은 고딕"/>
          <w:lang w:eastAsia="ko-KR"/>
        </w:rPr>
        <w:t>월경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사이에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출발일</w:t>
      </w:r>
      <w:r>
        <w:rPr>
          <w:rFonts w:eastAsia="맑은 고딕"/>
          <w:lang w:eastAsia="ko-KR"/>
        </w:rPr>
        <w:t xml:space="preserve"> 2026. 5. 1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부터</w:t>
      </w:r>
      <w:proofErr w:type="gramEnd"/>
      <w:r>
        <w:rPr>
          <w:rFonts w:eastAsia="맑은 고딕"/>
          <w:lang w:eastAsia="ko-KR"/>
        </w:rPr>
        <w:t xml:space="preserve"> 2026. 5. 4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까지</w:t>
      </w:r>
      <w:proofErr w:type="gramEnd"/>
      <w:r>
        <w:rPr>
          <w:rFonts w:eastAsia="맑은 고딕"/>
          <w:lang w:eastAsia="ko-KR"/>
        </w:rPr>
        <w:t>(3</w:t>
      </w:r>
      <w:r>
        <w:rPr>
          <w:rFonts w:eastAsia="맑은 고딕"/>
          <w:lang w:eastAsia="ko-KR"/>
        </w:rPr>
        <w:t>박</w:t>
      </w:r>
      <w:r>
        <w:rPr>
          <w:rFonts w:eastAsia="맑은 고딕"/>
          <w:lang w:eastAsia="ko-KR"/>
        </w:rPr>
        <w:t xml:space="preserve"> 4</w:t>
      </w:r>
      <w:r>
        <w:rPr>
          <w:rFonts w:eastAsia="맑은 고딕"/>
          <w:lang w:eastAsia="ko-KR"/>
        </w:rPr>
        <w:t>일</w:t>
      </w:r>
      <w:r>
        <w:rPr>
          <w:rFonts w:eastAsia="맑은 고딕"/>
          <w:lang w:eastAsia="ko-KR"/>
        </w:rPr>
        <w:t xml:space="preserve">) </w:t>
      </w:r>
      <w:r>
        <w:rPr>
          <w:rFonts w:eastAsia="맑은 고딕"/>
          <w:lang w:eastAsia="ko-KR"/>
        </w:rPr>
        <w:t>중국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청도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패키지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골프여행에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관한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여행계약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이하</w:t>
      </w:r>
      <w:r>
        <w:rPr>
          <w:rFonts w:eastAsia="맑은 고딕"/>
          <w:lang w:eastAsia="ko-KR"/>
        </w:rPr>
        <w:t xml:space="preserve"> '</w:t>
      </w:r>
      <w:r>
        <w:rPr>
          <w:rFonts w:eastAsia="맑은 고딕"/>
          <w:lang w:eastAsia="ko-KR"/>
        </w:rPr>
        <w:t>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여행계약</w:t>
      </w:r>
      <w:r>
        <w:rPr>
          <w:rFonts w:eastAsia="맑은 고딕"/>
          <w:lang w:eastAsia="ko-KR"/>
        </w:rPr>
        <w:t>'</w:t>
      </w:r>
      <w:r>
        <w:rPr>
          <w:rFonts w:eastAsia="맑은 고딕"/>
          <w:lang w:eastAsia="ko-KR"/>
        </w:rPr>
        <w:t>이라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합니다</w:t>
      </w:r>
      <w:r>
        <w:rPr>
          <w:rFonts w:eastAsia="맑은 고딕"/>
          <w:lang w:eastAsia="ko-KR"/>
        </w:rPr>
        <w:t>)</w:t>
      </w:r>
      <w:r>
        <w:rPr>
          <w:rFonts w:eastAsia="맑은 고딕"/>
          <w:lang w:eastAsia="ko-KR"/>
        </w:rPr>
        <w:t>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체결하였습니다</w:t>
      </w:r>
      <w:r>
        <w:rPr>
          <w:rFonts w:eastAsia="맑은 고딕"/>
          <w:lang w:eastAsia="ko-KR"/>
        </w:rPr>
        <w:t xml:space="preserve">.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여행에는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>고를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포함하여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총</w:t>
      </w:r>
      <w:r>
        <w:rPr>
          <w:rFonts w:eastAsia="맑은 고딕"/>
          <w:lang w:eastAsia="ko-KR"/>
        </w:rPr>
        <w:t xml:space="preserve"> 8</w:t>
      </w:r>
      <w:r>
        <w:rPr>
          <w:rFonts w:eastAsia="맑은 고딕"/>
          <w:lang w:eastAsia="ko-KR"/>
        </w:rPr>
        <w:t>명이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참가하기로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하였고</w:t>
      </w:r>
      <w:r>
        <w:rPr>
          <w:rFonts w:eastAsia="맑은 고딕"/>
          <w:lang w:eastAsia="ko-KR"/>
        </w:rPr>
        <w:t>, 1</w:t>
      </w:r>
      <w:r>
        <w:rPr>
          <w:rFonts w:eastAsia="맑은 고딕"/>
          <w:lang w:eastAsia="ko-KR"/>
        </w:rPr>
        <w:t>인당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여행대금은</w:t>
      </w:r>
      <w:r>
        <w:rPr>
          <w:rFonts w:eastAsia="맑은 고딕"/>
          <w:lang w:eastAsia="ko-KR"/>
        </w:rPr>
        <w:t xml:space="preserve"> 1,090,000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>, 8</w:t>
      </w:r>
      <w:r>
        <w:rPr>
          <w:rFonts w:eastAsia="맑은 고딕"/>
          <w:lang w:eastAsia="ko-KR"/>
        </w:rPr>
        <w:t>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합계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금</w:t>
      </w:r>
      <w:r>
        <w:rPr>
          <w:rFonts w:eastAsia="맑은 고딕"/>
          <w:lang w:eastAsia="ko-KR"/>
        </w:rPr>
        <w:t xml:space="preserve"> 8,720,000</w:t>
      </w:r>
      <w:r>
        <w:rPr>
          <w:rFonts w:eastAsia="맑은 고딕"/>
          <w:lang w:eastAsia="ko-KR"/>
        </w:rPr>
        <w:t>원으로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약정하였습니다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나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원고는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여행대금</w:t>
      </w:r>
      <w:r>
        <w:rPr>
          <w:rFonts w:eastAsia="맑은 고딕"/>
          <w:lang w:eastAsia="ko-KR"/>
        </w:rPr>
        <w:t xml:space="preserve"> 8,720,000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전액을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요청에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따라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지정한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농협은행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계좌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계좌번호</w:t>
      </w:r>
      <w:r>
        <w:rPr>
          <w:rFonts w:eastAsia="맑은 고딕"/>
          <w:lang w:eastAsia="ko-KR"/>
        </w:rPr>
        <w:t xml:space="preserve">: 3511248335913, </w:t>
      </w:r>
      <w:r>
        <w:rPr>
          <w:rFonts w:eastAsia="맑은 고딕"/>
          <w:lang w:eastAsia="ko-KR"/>
        </w:rPr>
        <w:t>예금주</w:t>
      </w:r>
      <w:r>
        <w:rPr>
          <w:rFonts w:eastAsia="맑은 고딕"/>
          <w:lang w:eastAsia="ko-KR"/>
        </w:rPr>
        <w:t xml:space="preserve">: </w:t>
      </w:r>
      <w:r>
        <w:rPr>
          <w:rFonts w:eastAsia="맑은 고딕"/>
          <w:lang w:eastAsia="ko-KR"/>
        </w:rPr>
        <w:t>정주옥</w:t>
      </w:r>
      <w:r>
        <w:rPr>
          <w:rFonts w:eastAsia="맑은 고딕"/>
          <w:lang w:eastAsia="ko-KR"/>
        </w:rPr>
        <w:t>)</w:t>
      </w:r>
      <w:r>
        <w:rPr>
          <w:rFonts w:eastAsia="맑은 고딕"/>
          <w:lang w:eastAsia="ko-KR"/>
        </w:rPr>
        <w:t>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송금하여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지급하였습니다</w:t>
      </w:r>
      <w:r>
        <w:rPr>
          <w:rFonts w:eastAsia="맑은 고딕"/>
          <w:lang w:eastAsia="ko-KR"/>
        </w:rPr>
        <w:t>(2026. 2. 24. 15:58</w:t>
      </w:r>
      <w:r>
        <w:rPr>
          <w:rFonts w:eastAsia="맑은 고딕"/>
          <w:lang w:eastAsia="ko-KR"/>
        </w:rPr>
        <w:t>경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잔금</w:t>
      </w:r>
      <w:r>
        <w:rPr>
          <w:rFonts w:eastAsia="맑은 고딕"/>
          <w:lang w:eastAsia="ko-KR"/>
        </w:rPr>
        <w:t xml:space="preserve"> 7,220,000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송금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완료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3</w:t>
      </w:r>
      <w:r>
        <w:rPr>
          <w:rFonts w:eastAsia="맑은 고딕"/>
          <w:lang w:eastAsia="ko-KR"/>
        </w:rPr>
        <w:t>호증</w:t>
      </w:r>
      <w:r>
        <w:rPr>
          <w:rFonts w:eastAsia="맑은 고딕"/>
          <w:lang w:eastAsia="ko-KR"/>
        </w:rPr>
        <w:t>).</w:t>
      </w:r>
    </w:p>
    <w:p w:rsidR="00C83CB3" w:rsidRDefault="00302EA1">
      <w:pPr>
        <w:spacing w:line="360" w:lineRule="auto"/>
        <w:rPr>
          <w:lang w:eastAsia="ko-KR"/>
        </w:rPr>
      </w:pPr>
      <w:r>
        <w:rPr>
          <w:rFonts w:eastAsia="맑은 고딕"/>
          <w:lang w:eastAsia="ko-KR"/>
        </w:rPr>
        <w:lastRenderedPageBreak/>
        <w:t xml:space="preserve">    </w:t>
      </w:r>
      <w:r>
        <w:rPr>
          <w:rFonts w:eastAsia="맑은 고딕"/>
          <w:lang w:eastAsia="ko-KR"/>
        </w:rPr>
        <w:t>다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아울러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동</w:t>
      </w:r>
      <w:r>
        <w:rPr>
          <w:rFonts w:eastAsia="맑은 고딕"/>
          <w:lang w:eastAsia="ko-KR"/>
        </w:rPr>
        <w:t>행할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동반자</w:t>
      </w:r>
      <w:r>
        <w:rPr>
          <w:rFonts w:eastAsia="맑은 고딕"/>
          <w:lang w:eastAsia="ko-KR"/>
        </w:rPr>
        <w:t xml:space="preserve"> 7</w:t>
      </w:r>
      <w:r>
        <w:rPr>
          <w:rFonts w:eastAsia="맑은 고딕"/>
          <w:lang w:eastAsia="ko-KR"/>
        </w:rPr>
        <w:t>명의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proofErr w:type="spellStart"/>
      <w:r>
        <w:rPr>
          <w:rFonts w:eastAsia="맑은 고딕"/>
          <w:lang w:eastAsia="ko-KR"/>
        </w:rPr>
        <w:t>인적사항</w:t>
      </w:r>
      <w:proofErr w:type="spell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일체를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피고에게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모두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제공하여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진행에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필요한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협력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의무를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모두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이행하였습니다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/>
        <w:rPr>
          <w:lang w:eastAsia="ko-KR"/>
        </w:rPr>
      </w:pPr>
      <w:r>
        <w:rPr>
          <w:rFonts w:eastAsia="맑은 고딕"/>
          <w:b/>
          <w:lang w:eastAsia="ko-KR"/>
        </w:rPr>
        <w:t xml:space="preserve">3.  </w:t>
      </w:r>
      <w:r>
        <w:rPr>
          <w:rFonts w:eastAsia="맑은 고딕"/>
          <w:b/>
          <w:lang w:eastAsia="ko-KR"/>
        </w:rPr>
        <w:t>피고의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채무불이행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및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여행의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무산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가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그러나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같이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여행대금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전액을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수령하고도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출발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예정일이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임박할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때까지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항공권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예약확인서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숙소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예약확인서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골프장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예약확인서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등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정상적인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진행을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확인할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있는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어떠한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자료도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원고에게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제공하지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아니하였습니다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나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원고는</w:t>
      </w:r>
      <w:r>
        <w:rPr>
          <w:rFonts w:eastAsia="맑은 고딕"/>
          <w:lang w:eastAsia="ko-KR"/>
        </w:rPr>
        <w:t xml:space="preserve"> 2026. 4. 27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경부터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피고에게</w:t>
      </w:r>
      <w:r>
        <w:rPr>
          <w:rFonts w:eastAsia="맑은 고딕"/>
          <w:lang w:eastAsia="ko-KR"/>
        </w:rPr>
        <w:t xml:space="preserve"> </w:t>
      </w:r>
      <w:proofErr w:type="spellStart"/>
      <w:r>
        <w:rPr>
          <w:rFonts w:eastAsia="맑은 고딕"/>
          <w:lang w:eastAsia="ko-KR"/>
        </w:rPr>
        <w:t>수차례</w:t>
      </w:r>
      <w:proofErr w:type="spell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출발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일정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예약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정보의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확인을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요청하였으나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"</w:t>
      </w:r>
      <w:r>
        <w:rPr>
          <w:rFonts w:eastAsia="맑은 고딕"/>
          <w:lang w:eastAsia="ko-KR"/>
        </w:rPr>
        <w:t>문제없다</w:t>
      </w:r>
      <w:r>
        <w:rPr>
          <w:rFonts w:eastAsia="맑은 고딕"/>
          <w:lang w:eastAsia="ko-KR"/>
        </w:rPr>
        <w:t>"</w:t>
      </w:r>
      <w:r>
        <w:rPr>
          <w:rFonts w:eastAsia="맑은 고딕"/>
          <w:lang w:eastAsia="ko-KR"/>
        </w:rPr>
        <w:t>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짧은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회신만을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반복하면서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구체적인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확인서류의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제공은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회피하였고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후로는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연락마저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두절되었습니다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5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1).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다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이에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직접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현지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골프장과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항공사에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확인한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결과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피고가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관한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예약대금을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전혀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지급하지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아니하여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항공권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숙소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골프장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등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어떠한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예약도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정상적으로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이루어지지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아니한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사실이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드러났습니다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라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결국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출발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예정일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직전인</w:t>
      </w:r>
      <w:r>
        <w:rPr>
          <w:rFonts w:eastAsia="맑은 고딕"/>
          <w:lang w:eastAsia="ko-KR"/>
        </w:rPr>
        <w:t xml:space="preserve"> 2026. 4. 30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경에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이르러서야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비로소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진행되지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못한다는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사실을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통지함으로써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무산되었고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원고는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동반자</w:t>
      </w:r>
      <w:r>
        <w:rPr>
          <w:rFonts w:eastAsia="맑은 고딕"/>
          <w:lang w:eastAsia="ko-KR"/>
        </w:rPr>
        <w:t xml:space="preserve"> 7</w:t>
      </w:r>
      <w:r>
        <w:rPr>
          <w:rFonts w:eastAsia="맑은 고딕"/>
          <w:lang w:eastAsia="ko-KR"/>
        </w:rPr>
        <w:t>명에게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출발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전일이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되어서야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사실을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알리게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되어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곤욕을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치렀습니다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5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2).</w:t>
      </w:r>
    </w:p>
    <w:p w:rsidR="00C83CB3" w:rsidRDefault="00302EA1">
      <w:pPr>
        <w:spacing w:after="80"/>
        <w:rPr>
          <w:lang w:eastAsia="ko-KR"/>
        </w:rPr>
      </w:pPr>
      <w:r>
        <w:rPr>
          <w:rFonts w:eastAsia="맑은 고딕"/>
          <w:b/>
          <w:lang w:eastAsia="ko-KR"/>
        </w:rPr>
        <w:t xml:space="preserve">4.  </w:t>
      </w:r>
      <w:r>
        <w:rPr>
          <w:rFonts w:eastAsia="맑은 고딕"/>
          <w:b/>
          <w:lang w:eastAsia="ko-KR"/>
        </w:rPr>
        <w:t>피고의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환불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약정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및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그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불이행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가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2026. 4. 30. </w:t>
      </w:r>
      <w:r>
        <w:rPr>
          <w:rFonts w:eastAsia="맑은 고딕"/>
          <w:lang w:eastAsia="ko-KR"/>
        </w:rPr>
        <w:t>원고에게</w:t>
      </w:r>
      <w:r>
        <w:rPr>
          <w:rFonts w:eastAsia="맑은 고딕"/>
          <w:lang w:eastAsia="ko-KR"/>
        </w:rPr>
        <w:t xml:space="preserve"> "</w:t>
      </w:r>
      <w:r>
        <w:rPr>
          <w:rFonts w:eastAsia="맑은 고딕"/>
          <w:lang w:eastAsia="ko-KR"/>
        </w:rPr>
        <w:t>본인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정주옥</w:t>
      </w:r>
      <w:r>
        <w:rPr>
          <w:rFonts w:eastAsia="맑은 고딕"/>
          <w:lang w:eastAsia="ko-KR"/>
        </w:rPr>
        <w:t>, 74</w:t>
      </w:r>
      <w:r>
        <w:rPr>
          <w:rFonts w:eastAsia="맑은 고딕"/>
          <w:lang w:eastAsia="ko-KR"/>
        </w:rPr>
        <w:t>년</w:t>
      </w:r>
      <w:r>
        <w:rPr>
          <w:rFonts w:eastAsia="맑은 고딕"/>
          <w:lang w:eastAsia="ko-KR"/>
        </w:rPr>
        <w:t xml:space="preserve"> 11</w:t>
      </w:r>
      <w:r>
        <w:rPr>
          <w:rFonts w:eastAsia="맑은 고딕"/>
          <w:lang w:eastAsia="ko-KR"/>
        </w:rPr>
        <w:t>월</w:t>
      </w:r>
      <w:r>
        <w:rPr>
          <w:rFonts w:eastAsia="맑은 고딕"/>
          <w:lang w:eastAsia="ko-KR"/>
        </w:rPr>
        <w:t xml:space="preserve"> 20</w:t>
      </w:r>
      <w:r>
        <w:rPr>
          <w:rFonts w:eastAsia="맑은 고딕"/>
          <w:lang w:eastAsia="ko-KR"/>
        </w:rPr>
        <w:t>일생</w:t>
      </w:r>
      <w:r>
        <w:rPr>
          <w:rFonts w:eastAsia="맑은 고딕"/>
          <w:lang w:eastAsia="ko-KR"/>
        </w:rPr>
        <w:t>)</w:t>
      </w:r>
      <w:r>
        <w:rPr>
          <w:rFonts w:eastAsia="맑은 고딕"/>
          <w:lang w:eastAsia="ko-KR"/>
        </w:rPr>
        <w:t>은</w:t>
      </w:r>
      <w:r>
        <w:rPr>
          <w:rFonts w:eastAsia="맑은 고딕"/>
          <w:lang w:eastAsia="ko-KR"/>
        </w:rPr>
        <w:t xml:space="preserve"> 26</w:t>
      </w:r>
      <w:r>
        <w:rPr>
          <w:rFonts w:eastAsia="맑은 고딕"/>
          <w:lang w:eastAsia="ko-KR"/>
        </w:rPr>
        <w:t>년</w:t>
      </w:r>
      <w:r>
        <w:rPr>
          <w:rFonts w:eastAsia="맑은 고딕"/>
          <w:lang w:eastAsia="ko-KR"/>
        </w:rPr>
        <w:t xml:space="preserve"> 5</w:t>
      </w:r>
      <w:r>
        <w:rPr>
          <w:rFonts w:eastAsia="맑은 고딕"/>
          <w:lang w:eastAsia="ko-KR"/>
        </w:rPr>
        <w:t>월</w:t>
      </w:r>
      <w:r>
        <w:rPr>
          <w:rFonts w:eastAsia="맑은 고딕"/>
          <w:lang w:eastAsia="ko-KR"/>
        </w:rPr>
        <w:t xml:space="preserve"> 1</w:t>
      </w:r>
      <w:r>
        <w:rPr>
          <w:rFonts w:eastAsia="맑은 고딕"/>
          <w:lang w:eastAsia="ko-KR"/>
        </w:rPr>
        <w:t>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이상구님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7</w:t>
      </w:r>
      <w:r>
        <w:rPr>
          <w:rFonts w:eastAsia="맑은 고딕"/>
          <w:lang w:eastAsia="ko-KR"/>
        </w:rPr>
        <w:t>명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경비</w:t>
      </w:r>
      <w:r>
        <w:rPr>
          <w:rFonts w:eastAsia="맑은 고딕"/>
          <w:lang w:eastAsia="ko-KR"/>
        </w:rPr>
        <w:t xml:space="preserve"> 8,720,000</w:t>
      </w:r>
      <w:r>
        <w:rPr>
          <w:rFonts w:eastAsia="맑은 고딕"/>
          <w:lang w:eastAsia="ko-KR"/>
        </w:rPr>
        <w:t>원을</w:t>
      </w:r>
      <w:r>
        <w:rPr>
          <w:rFonts w:eastAsia="맑은 고딕"/>
          <w:lang w:eastAsia="ko-KR"/>
        </w:rPr>
        <w:t xml:space="preserve"> 26</w:t>
      </w:r>
      <w:r>
        <w:rPr>
          <w:rFonts w:eastAsia="맑은 고딕"/>
          <w:lang w:eastAsia="ko-KR"/>
        </w:rPr>
        <w:t>년</w:t>
      </w:r>
      <w:r>
        <w:rPr>
          <w:rFonts w:eastAsia="맑은 고딕"/>
          <w:lang w:eastAsia="ko-KR"/>
        </w:rPr>
        <w:t xml:space="preserve"> 5</w:t>
      </w:r>
      <w:r>
        <w:rPr>
          <w:rFonts w:eastAsia="맑은 고딕"/>
          <w:lang w:eastAsia="ko-KR"/>
        </w:rPr>
        <w:t>월</w:t>
      </w:r>
      <w:r>
        <w:rPr>
          <w:rFonts w:eastAsia="맑은 고딕"/>
          <w:lang w:eastAsia="ko-KR"/>
        </w:rPr>
        <w:t xml:space="preserve"> 30</w:t>
      </w:r>
      <w:r>
        <w:rPr>
          <w:rFonts w:eastAsia="맑은 고딕"/>
          <w:lang w:eastAsia="ko-KR"/>
        </w:rPr>
        <w:t>일까지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환불하여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것을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약속합니다</w:t>
      </w:r>
      <w:r>
        <w:rPr>
          <w:rFonts w:eastAsia="맑은 고딕"/>
          <w:lang w:eastAsia="ko-KR"/>
        </w:rPr>
        <w:t xml:space="preserve">. </w:t>
      </w:r>
      <w:r>
        <w:rPr>
          <w:rFonts w:eastAsia="맑은 고딕"/>
          <w:lang w:eastAsia="ko-KR"/>
        </w:rPr>
        <w:t>약속이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이행되지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않을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경우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민</w:t>
      </w:r>
      <w:r>
        <w:rPr>
          <w:rFonts w:eastAsia="맑은 고딕"/>
          <w:lang w:eastAsia="ko-KR"/>
        </w:rPr>
        <w:t>·</w:t>
      </w:r>
      <w:r>
        <w:rPr>
          <w:rFonts w:eastAsia="맑은 고딕"/>
          <w:lang w:eastAsia="ko-KR"/>
        </w:rPr>
        <w:t>형사상의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책임을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지겠습니다</w:t>
      </w:r>
      <w:r>
        <w:rPr>
          <w:rFonts w:eastAsia="맑은 고딕"/>
          <w:lang w:eastAsia="ko-KR"/>
        </w:rPr>
        <w:t>."</w:t>
      </w:r>
      <w:r>
        <w:rPr>
          <w:rFonts w:eastAsia="맑은 고딕"/>
          <w:lang w:eastAsia="ko-KR"/>
        </w:rPr>
        <w:t>라는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내용의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환불확인서를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자필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작성</w:t>
      </w:r>
      <w:r>
        <w:rPr>
          <w:rFonts w:eastAsia="맑은 고딕"/>
          <w:lang w:eastAsia="ko-KR"/>
        </w:rPr>
        <w:t>·</w:t>
      </w:r>
      <w:r>
        <w:rPr>
          <w:rFonts w:eastAsia="맑은 고딕"/>
          <w:lang w:eastAsia="ko-KR"/>
        </w:rPr>
        <w:t>날인하여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원고에게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교부하였습니다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1</w:t>
      </w:r>
      <w:r>
        <w:rPr>
          <w:rFonts w:eastAsia="맑은 고딕"/>
          <w:lang w:eastAsia="ko-KR"/>
        </w:rPr>
        <w:t>호증</w:t>
      </w:r>
      <w:r>
        <w:rPr>
          <w:rFonts w:eastAsia="맑은 고딕"/>
          <w:lang w:eastAsia="ko-KR"/>
        </w:rPr>
        <w:t>).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나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이후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2026. 5. 9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경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환불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약정의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방법을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변경하여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8,720,000</w:t>
      </w:r>
      <w:r>
        <w:rPr>
          <w:rFonts w:eastAsia="맑은 고딕"/>
          <w:lang w:eastAsia="ko-KR"/>
        </w:rPr>
        <w:t>원을</w:t>
      </w:r>
      <w:r>
        <w:rPr>
          <w:rFonts w:eastAsia="맑은 고딕"/>
          <w:lang w:eastAsia="ko-KR"/>
        </w:rPr>
        <w:t xml:space="preserve"> ① 2026. 5. 15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까지</w:t>
      </w:r>
      <w:proofErr w:type="gramEnd"/>
      <w:r>
        <w:rPr>
          <w:rFonts w:eastAsia="맑은 고딕"/>
          <w:lang w:eastAsia="ko-KR"/>
        </w:rPr>
        <w:t xml:space="preserve"> 2,000,000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>, ② 2026. 5. 22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까지</w:t>
      </w:r>
      <w:proofErr w:type="gramEnd"/>
      <w:r>
        <w:rPr>
          <w:rFonts w:eastAsia="맑은 고딕"/>
          <w:lang w:eastAsia="ko-KR"/>
        </w:rPr>
        <w:t xml:space="preserve"> 3,000,000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>, ③ 2</w:t>
      </w:r>
      <w:r>
        <w:rPr>
          <w:rFonts w:eastAsia="맑은 고딕"/>
          <w:lang w:eastAsia="ko-KR"/>
        </w:rPr>
        <w:t>026. 5. 29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까지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lastRenderedPageBreak/>
        <w:t>3,720,000</w:t>
      </w:r>
      <w:r>
        <w:rPr>
          <w:rFonts w:eastAsia="맑은 고딕"/>
          <w:lang w:eastAsia="ko-KR"/>
        </w:rPr>
        <w:t>원을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각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분할하여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지급하고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약정이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이행되지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않을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경우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민</w:t>
      </w:r>
      <w:r>
        <w:rPr>
          <w:rFonts w:eastAsia="맑은 고딕"/>
          <w:lang w:eastAsia="ko-KR"/>
        </w:rPr>
        <w:t>·</w:t>
      </w:r>
      <w:r>
        <w:rPr>
          <w:rFonts w:eastAsia="맑은 고딕"/>
          <w:lang w:eastAsia="ko-KR"/>
        </w:rPr>
        <w:t>형사상의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책임을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지겠다는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내용의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환불확인서를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다시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작성</w:t>
      </w:r>
      <w:r>
        <w:rPr>
          <w:rFonts w:eastAsia="맑은 고딕"/>
          <w:lang w:eastAsia="ko-KR"/>
        </w:rPr>
        <w:t>·</w:t>
      </w:r>
      <w:r>
        <w:rPr>
          <w:rFonts w:eastAsia="맑은 고딕"/>
          <w:lang w:eastAsia="ko-KR"/>
        </w:rPr>
        <w:t>날인하여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원고에게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교부하였습니다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2</w:t>
      </w:r>
      <w:r>
        <w:rPr>
          <w:rFonts w:eastAsia="맑은 고딕"/>
          <w:lang w:eastAsia="ko-KR"/>
        </w:rPr>
        <w:t>호증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5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3).</w:t>
      </w:r>
    </w:p>
    <w:p w:rsidR="00C83CB3" w:rsidRDefault="00302EA1">
      <w:pPr>
        <w:spacing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다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그러나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약정에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따른</w:t>
      </w:r>
      <w:r>
        <w:rPr>
          <w:rFonts w:eastAsia="맑은 고딕"/>
          <w:lang w:eastAsia="ko-KR"/>
        </w:rPr>
        <w:t xml:space="preserve"> 1</w:t>
      </w:r>
      <w:r>
        <w:rPr>
          <w:rFonts w:eastAsia="맑은 고딕"/>
          <w:lang w:eastAsia="ko-KR"/>
        </w:rPr>
        <w:t>차</w:t>
      </w:r>
      <w:r>
        <w:rPr>
          <w:rFonts w:eastAsia="맑은 고딕"/>
          <w:lang w:eastAsia="ko-KR"/>
        </w:rPr>
        <w:t xml:space="preserve"> </w:t>
      </w:r>
      <w:proofErr w:type="spellStart"/>
      <w:r>
        <w:rPr>
          <w:rFonts w:eastAsia="맑은 고딕"/>
          <w:lang w:eastAsia="ko-KR"/>
        </w:rPr>
        <w:t>분할금</w:t>
      </w:r>
      <w:proofErr w:type="spellEnd"/>
      <w:r>
        <w:rPr>
          <w:rFonts w:eastAsia="맑은 고딕"/>
          <w:lang w:eastAsia="ko-KR"/>
        </w:rPr>
        <w:t xml:space="preserve"> 2,000,000</w:t>
      </w:r>
      <w:r>
        <w:rPr>
          <w:rFonts w:eastAsia="맑은 고딕"/>
          <w:lang w:eastAsia="ko-KR"/>
        </w:rPr>
        <w:t>원조차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약정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기일인</w:t>
      </w:r>
      <w:r>
        <w:rPr>
          <w:rFonts w:eastAsia="맑은 고딕"/>
          <w:lang w:eastAsia="ko-KR"/>
        </w:rPr>
        <w:t xml:space="preserve"> 2026. 5. 15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까지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지급하지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아니하였고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5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4), </w:t>
      </w:r>
      <w:r>
        <w:rPr>
          <w:rFonts w:eastAsia="맑은 고딕"/>
          <w:lang w:eastAsia="ko-KR"/>
        </w:rPr>
        <w:t>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소제기에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이르기까지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8,720,000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단</w:t>
      </w:r>
      <w:r>
        <w:rPr>
          <w:rFonts w:eastAsia="맑은 고딕"/>
          <w:lang w:eastAsia="ko-KR"/>
        </w:rPr>
        <w:t xml:space="preserve"> 1</w:t>
      </w:r>
      <w:r>
        <w:rPr>
          <w:rFonts w:eastAsia="맑은 고딕"/>
          <w:lang w:eastAsia="ko-KR"/>
        </w:rPr>
        <w:t>원도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원고에게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환불하지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아니하였습니다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/>
        <w:rPr>
          <w:lang w:eastAsia="ko-KR"/>
        </w:rPr>
      </w:pPr>
      <w:r>
        <w:rPr>
          <w:rFonts w:eastAsia="맑은 고딕"/>
          <w:b/>
          <w:lang w:eastAsia="ko-KR"/>
        </w:rPr>
        <w:t xml:space="preserve">5.  </w:t>
      </w:r>
      <w:r>
        <w:rPr>
          <w:rFonts w:eastAsia="맑은 고딕"/>
          <w:b/>
          <w:lang w:eastAsia="ko-KR"/>
        </w:rPr>
        <w:t>피고의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기망행위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및</w:t>
      </w:r>
      <w:r>
        <w:rPr>
          <w:rFonts w:eastAsia="맑은 고딕"/>
          <w:b/>
          <w:lang w:eastAsia="ko-KR"/>
        </w:rPr>
        <w:t xml:space="preserve"> </w:t>
      </w:r>
      <w:r>
        <w:rPr>
          <w:rFonts w:eastAsia="맑은 고딕"/>
          <w:b/>
          <w:lang w:eastAsia="ko-KR"/>
        </w:rPr>
        <w:t>손해배상책임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가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같이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항공권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숙소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골프장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등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필수적인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어떠한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예약도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진행하지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아니하였음에도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마치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정상적으로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진행될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것처럼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안심시키며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여행대금</w:t>
      </w:r>
      <w:r>
        <w:rPr>
          <w:rFonts w:eastAsia="맑은 고딕"/>
          <w:lang w:eastAsia="ko-KR"/>
        </w:rPr>
        <w:t xml:space="preserve"> 8,720,000</w:t>
      </w:r>
      <w:r>
        <w:rPr>
          <w:rFonts w:eastAsia="맑은 고딕"/>
          <w:lang w:eastAsia="ko-KR"/>
        </w:rPr>
        <w:t>원을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편취한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것입니다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나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특히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무산될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것임을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충분히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인지하고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있었음에도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원고가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골프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용품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등을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구매하고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업무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일정을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비워두는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등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준비에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추가적</w:t>
      </w:r>
      <w:r>
        <w:rPr>
          <w:rFonts w:eastAsia="맑은 고딕"/>
          <w:lang w:eastAsia="ko-KR"/>
        </w:rPr>
        <w:t>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비용과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시간을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들이고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있는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동안에도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사실을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은폐하다가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출발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직전인</w:t>
      </w:r>
      <w:r>
        <w:rPr>
          <w:rFonts w:eastAsia="맑은 고딕"/>
          <w:lang w:eastAsia="ko-KR"/>
        </w:rPr>
        <w:t xml:space="preserve"> 2026. 4. 30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에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이르러서야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비로소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통지하였습니다</w:t>
      </w:r>
      <w:r>
        <w:rPr>
          <w:rFonts w:eastAsia="맑은 고딕"/>
          <w:lang w:eastAsia="ko-KR"/>
        </w:rPr>
        <w:t xml:space="preserve">. </w:t>
      </w:r>
      <w:r>
        <w:rPr>
          <w:rFonts w:eastAsia="맑은 고딕"/>
          <w:lang w:eastAsia="ko-KR"/>
        </w:rPr>
        <w:t>이는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정상적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의사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능력이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없음에도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기망하여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재산상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이익을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취득한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행위로서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「민법」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750</w:t>
      </w:r>
      <w:r>
        <w:rPr>
          <w:rFonts w:eastAsia="맑은 고딕"/>
          <w:lang w:eastAsia="ko-KR"/>
        </w:rPr>
        <w:t>조의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불법행위에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해당합니다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다</w:t>
      </w:r>
      <w:r>
        <w:rPr>
          <w:rFonts w:eastAsia="맑은 고딕"/>
          <w:lang w:eastAsia="ko-KR"/>
        </w:rPr>
        <w:t xml:space="preserve">.  </w:t>
      </w:r>
      <w:r>
        <w:rPr>
          <w:rFonts w:eastAsia="맑은 고딕"/>
          <w:lang w:eastAsia="ko-KR"/>
        </w:rPr>
        <w:t>원고는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같은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기망행위로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인하여</w:t>
      </w:r>
      <w:r>
        <w:rPr>
          <w:rFonts w:eastAsia="맑은 고딕"/>
          <w:lang w:eastAsia="ko-KR"/>
        </w:rPr>
        <w:t xml:space="preserve"> ① </w:t>
      </w:r>
      <w:r>
        <w:rPr>
          <w:rFonts w:eastAsia="맑은 고딕"/>
          <w:lang w:eastAsia="ko-KR"/>
        </w:rPr>
        <w:t>동반자</w:t>
      </w:r>
      <w:r>
        <w:rPr>
          <w:rFonts w:eastAsia="맑은 고딕"/>
          <w:lang w:eastAsia="ko-KR"/>
        </w:rPr>
        <w:t xml:space="preserve"> 7</w:t>
      </w:r>
      <w:r>
        <w:rPr>
          <w:rFonts w:eastAsia="맑은 고딕"/>
          <w:lang w:eastAsia="ko-KR"/>
        </w:rPr>
        <w:t>명에게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무산을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알리고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사정을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설명하는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과정에서의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인격적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타격과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신뢰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훼손</w:t>
      </w:r>
      <w:r>
        <w:rPr>
          <w:rFonts w:eastAsia="맑은 고딕"/>
          <w:lang w:eastAsia="ko-KR"/>
        </w:rPr>
        <w:t xml:space="preserve">, ② </w:t>
      </w:r>
      <w:r>
        <w:rPr>
          <w:rFonts w:eastAsia="맑은 고딕"/>
          <w:lang w:eastAsia="ko-KR"/>
        </w:rPr>
        <w:t>여행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준비를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위하</w:t>
      </w:r>
      <w:r>
        <w:rPr>
          <w:rFonts w:eastAsia="맑은 고딕"/>
          <w:lang w:eastAsia="ko-KR"/>
        </w:rPr>
        <w:t>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지출한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부대비용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시간적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손실</w:t>
      </w:r>
      <w:r>
        <w:rPr>
          <w:rFonts w:eastAsia="맑은 고딕"/>
          <w:lang w:eastAsia="ko-KR"/>
        </w:rPr>
        <w:t xml:space="preserve">, ③ </w:t>
      </w:r>
      <w:r>
        <w:rPr>
          <w:rFonts w:eastAsia="맑은 고딕"/>
          <w:lang w:eastAsia="ko-KR"/>
        </w:rPr>
        <w:t>환불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이행을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둘러싸고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수개월간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지속된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정신적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고통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등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막대한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비재산적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손해를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입었는바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위자료는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적어도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금</w:t>
      </w:r>
      <w:r>
        <w:rPr>
          <w:rFonts w:eastAsia="맑은 고딕"/>
          <w:lang w:eastAsia="ko-KR"/>
        </w:rPr>
        <w:t xml:space="preserve"> 4,000,000</w:t>
      </w:r>
      <w:r>
        <w:rPr>
          <w:rFonts w:eastAsia="맑은 고딕"/>
          <w:lang w:eastAsia="ko-KR"/>
        </w:rPr>
        <w:t>원으로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산정함이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상당합니다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after="80"/>
        <w:rPr>
          <w:lang w:eastAsia="ko-KR"/>
        </w:rPr>
      </w:pPr>
      <w:r>
        <w:rPr>
          <w:rFonts w:eastAsia="맑은 고딕"/>
          <w:b/>
          <w:lang w:eastAsia="ko-KR"/>
        </w:rPr>
        <w:t xml:space="preserve">6.  </w:t>
      </w:r>
      <w:r>
        <w:rPr>
          <w:rFonts w:eastAsia="맑은 고딕"/>
          <w:b/>
          <w:lang w:eastAsia="ko-KR"/>
        </w:rPr>
        <w:t>결</w:t>
      </w:r>
      <w:r>
        <w:rPr>
          <w:rFonts w:eastAsia="맑은 고딕"/>
          <w:b/>
          <w:lang w:eastAsia="ko-KR"/>
        </w:rPr>
        <w:t xml:space="preserve">    </w:t>
      </w:r>
      <w:proofErr w:type="spellStart"/>
      <w:r>
        <w:rPr>
          <w:rFonts w:eastAsia="맑은 고딕"/>
          <w:b/>
          <w:lang w:eastAsia="ko-KR"/>
        </w:rPr>
        <w:t>론</w:t>
      </w:r>
      <w:proofErr w:type="spellEnd"/>
    </w:p>
    <w:p w:rsidR="00C83CB3" w:rsidRDefault="00302EA1">
      <w:pPr>
        <w:spacing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    </w:t>
      </w:r>
      <w:r>
        <w:rPr>
          <w:rFonts w:eastAsia="맑은 고딕"/>
          <w:lang w:eastAsia="ko-KR"/>
        </w:rPr>
        <w:t>따라서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원고에게</w:t>
      </w:r>
      <w:r>
        <w:rPr>
          <w:rFonts w:eastAsia="맑은 고딕"/>
          <w:lang w:eastAsia="ko-KR"/>
        </w:rPr>
        <w:t xml:space="preserve"> ① </w:t>
      </w:r>
      <w:r>
        <w:rPr>
          <w:rFonts w:eastAsia="맑은 고딕"/>
          <w:lang w:eastAsia="ko-KR"/>
        </w:rPr>
        <w:t>여행대금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반환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약정에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따른</w:t>
      </w:r>
      <w:r>
        <w:rPr>
          <w:rFonts w:eastAsia="맑은 고딕"/>
          <w:lang w:eastAsia="ko-KR"/>
        </w:rPr>
        <w:t xml:space="preserve"> </w:t>
      </w:r>
      <w:proofErr w:type="spellStart"/>
      <w:r>
        <w:rPr>
          <w:rFonts w:eastAsia="맑은 고딕"/>
          <w:lang w:eastAsia="ko-KR"/>
        </w:rPr>
        <w:t>약정금</w:t>
      </w:r>
      <w:proofErr w:type="spellEnd"/>
      <w:r>
        <w:rPr>
          <w:rFonts w:eastAsia="맑은 고딕"/>
          <w:lang w:eastAsia="ko-KR"/>
        </w:rPr>
        <w:t xml:space="preserve"> 8,720,000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② </w:t>
      </w:r>
      <w:r>
        <w:rPr>
          <w:rFonts w:eastAsia="맑은 고딕"/>
          <w:lang w:eastAsia="ko-KR"/>
        </w:rPr>
        <w:t>피고의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기망행위로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인한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위자료</w:t>
      </w:r>
      <w:r>
        <w:rPr>
          <w:rFonts w:eastAsia="맑은 고딕"/>
          <w:lang w:eastAsia="ko-KR"/>
        </w:rPr>
        <w:t xml:space="preserve"> 4,000,000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합계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금</w:t>
      </w:r>
      <w:r>
        <w:rPr>
          <w:rFonts w:eastAsia="맑은 고딕"/>
          <w:lang w:eastAsia="ko-KR"/>
        </w:rPr>
        <w:t xml:space="preserve"> 12,720,000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대하여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소장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lastRenderedPageBreak/>
        <w:t>부본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송달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다음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날부터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다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갚는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날</w:t>
      </w:r>
      <w:r>
        <w:rPr>
          <w:rFonts w:eastAsia="맑은 고딕"/>
          <w:lang w:eastAsia="ko-KR"/>
        </w:rPr>
        <w:t>까지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「소송촉진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등에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관한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특례법」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3</w:t>
      </w:r>
      <w:r>
        <w:rPr>
          <w:rFonts w:eastAsia="맑은 고딕"/>
          <w:lang w:eastAsia="ko-KR"/>
        </w:rPr>
        <w:t>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1</w:t>
      </w:r>
      <w:r>
        <w:rPr>
          <w:rFonts w:eastAsia="맑은 고딕"/>
          <w:lang w:eastAsia="ko-KR"/>
        </w:rPr>
        <w:t>항이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정한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연</w:t>
      </w:r>
      <w:r>
        <w:rPr>
          <w:rFonts w:eastAsia="맑은 고딕"/>
          <w:lang w:eastAsia="ko-KR"/>
        </w:rPr>
        <w:t xml:space="preserve"> 12%</w:t>
      </w:r>
      <w:r>
        <w:rPr>
          <w:rFonts w:eastAsia="맑은 고딕"/>
          <w:lang w:eastAsia="ko-KR"/>
        </w:rPr>
        <w:t>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비율로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계산한</w:t>
      </w:r>
      <w:r>
        <w:rPr>
          <w:rFonts w:eastAsia="맑은 고딕"/>
          <w:lang w:eastAsia="ko-KR"/>
        </w:rPr>
        <w:t xml:space="preserve"> </w:t>
      </w:r>
      <w:proofErr w:type="spellStart"/>
      <w:r>
        <w:rPr>
          <w:rFonts w:eastAsia="맑은 고딕"/>
          <w:lang w:eastAsia="ko-KR"/>
        </w:rPr>
        <w:t>지연손해금을</w:t>
      </w:r>
      <w:proofErr w:type="spell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지급할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의무가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있다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것이므로</w:t>
      </w:r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원고는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청구취지와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같은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판결을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구하고자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소를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제기하기에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이르렀습니다</w:t>
      </w:r>
      <w:r>
        <w:rPr>
          <w:rFonts w:eastAsia="맑은 고딕"/>
          <w:lang w:eastAsia="ko-KR"/>
        </w:rPr>
        <w:t>.</w:t>
      </w:r>
    </w:p>
    <w:p w:rsidR="00C83CB3" w:rsidRDefault="00302EA1">
      <w:pPr>
        <w:spacing w:before="240" w:after="160"/>
        <w:jc w:val="center"/>
        <w:rPr>
          <w:lang w:eastAsia="ko-KR"/>
        </w:rPr>
      </w:pPr>
      <w:r>
        <w:rPr>
          <w:rFonts w:eastAsia="맑은 고딕"/>
          <w:b/>
          <w:sz w:val="28"/>
          <w:lang w:eastAsia="ko-KR"/>
        </w:rPr>
        <w:t>입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증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방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법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1</w:t>
      </w:r>
      <w:r>
        <w:rPr>
          <w:rFonts w:eastAsia="맑은 고딕"/>
          <w:lang w:eastAsia="ko-KR"/>
        </w:rPr>
        <w:t>호증</w:t>
      </w:r>
      <w:r>
        <w:rPr>
          <w:rFonts w:eastAsia="맑은 고딕"/>
          <w:lang w:eastAsia="ko-KR"/>
        </w:rPr>
        <w:t xml:space="preserve">            </w:t>
      </w:r>
      <w:r>
        <w:rPr>
          <w:rFonts w:eastAsia="맑은 고딕"/>
          <w:lang w:eastAsia="ko-KR"/>
        </w:rPr>
        <w:t>환불확인서</w:t>
      </w:r>
      <w:r>
        <w:rPr>
          <w:rFonts w:eastAsia="맑은 고딕"/>
          <w:lang w:eastAsia="ko-KR"/>
        </w:rPr>
        <w:t xml:space="preserve"> (2026. 4. 30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자</w:t>
      </w:r>
      <w:proofErr w:type="gramEnd"/>
      <w:r>
        <w:rPr>
          <w:rFonts w:eastAsia="맑은 고딕"/>
          <w:lang w:eastAsia="ko-KR"/>
        </w:rPr>
        <w:t>, 8,720,000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일괄환불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약정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2</w:t>
      </w:r>
      <w:r>
        <w:rPr>
          <w:rFonts w:eastAsia="맑은 고딕"/>
          <w:lang w:eastAsia="ko-KR"/>
        </w:rPr>
        <w:t>호증</w:t>
      </w:r>
      <w:r>
        <w:rPr>
          <w:rFonts w:eastAsia="맑은 고딕"/>
          <w:lang w:eastAsia="ko-KR"/>
        </w:rPr>
        <w:t xml:space="preserve">            </w:t>
      </w:r>
      <w:r>
        <w:rPr>
          <w:rFonts w:eastAsia="맑은 고딕"/>
          <w:lang w:eastAsia="ko-KR"/>
        </w:rPr>
        <w:t>환불확인서</w:t>
      </w:r>
      <w:r>
        <w:rPr>
          <w:rFonts w:eastAsia="맑은 고딕"/>
          <w:lang w:eastAsia="ko-KR"/>
        </w:rPr>
        <w:t xml:space="preserve"> (2026. 5. 9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자</w:t>
      </w:r>
      <w:proofErr w:type="gramEnd"/>
      <w:r>
        <w:rPr>
          <w:rFonts w:eastAsia="맑은 고딕"/>
          <w:lang w:eastAsia="ko-KR"/>
        </w:rPr>
        <w:t>, 3</w:t>
      </w:r>
      <w:r>
        <w:rPr>
          <w:rFonts w:eastAsia="맑은 고딕"/>
          <w:lang w:eastAsia="ko-KR"/>
        </w:rPr>
        <w:t>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분할납부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약정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3</w:t>
      </w:r>
      <w:r>
        <w:rPr>
          <w:rFonts w:eastAsia="맑은 고딕"/>
          <w:lang w:eastAsia="ko-KR"/>
        </w:rPr>
        <w:t>호증</w:t>
      </w:r>
      <w:r>
        <w:rPr>
          <w:rFonts w:eastAsia="맑은 고딕"/>
          <w:lang w:eastAsia="ko-KR"/>
        </w:rPr>
        <w:t xml:space="preserve">            </w:t>
      </w:r>
      <w:r>
        <w:rPr>
          <w:rFonts w:eastAsia="맑은 고딕"/>
          <w:lang w:eastAsia="ko-KR"/>
        </w:rPr>
        <w:t>이체확인증</w:t>
      </w:r>
      <w:r>
        <w:rPr>
          <w:rFonts w:eastAsia="맑은 고딕"/>
          <w:lang w:eastAsia="ko-KR"/>
        </w:rPr>
        <w:t xml:space="preserve"> (2026. 2. 24. 7,220,000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송금내역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4</w:t>
      </w:r>
      <w:r>
        <w:rPr>
          <w:rFonts w:eastAsia="맑은 고딕"/>
          <w:lang w:eastAsia="ko-KR"/>
        </w:rPr>
        <w:t>호증</w:t>
      </w:r>
      <w:r>
        <w:rPr>
          <w:rFonts w:eastAsia="맑은 고딕"/>
          <w:lang w:eastAsia="ko-KR"/>
        </w:rPr>
        <w:t xml:space="preserve">            </w:t>
      </w:r>
      <w:r>
        <w:rPr>
          <w:rFonts w:eastAsia="맑은 고딕"/>
          <w:lang w:eastAsia="ko-KR"/>
        </w:rPr>
        <w:t>입출거래내역</w:t>
      </w:r>
      <w:r>
        <w:rPr>
          <w:rFonts w:eastAsia="맑은 고딕"/>
          <w:lang w:eastAsia="ko-KR"/>
        </w:rPr>
        <w:t xml:space="preserve"> (</w:t>
      </w:r>
      <w:r>
        <w:rPr>
          <w:rFonts w:eastAsia="맑은 고딕"/>
          <w:lang w:eastAsia="ko-KR"/>
        </w:rPr>
        <w:t>동반자들의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계좌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송금내역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5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1      </w:t>
      </w:r>
      <w:proofErr w:type="spellStart"/>
      <w:r>
        <w:rPr>
          <w:rFonts w:eastAsia="맑은 고딕"/>
          <w:lang w:eastAsia="ko-KR"/>
        </w:rPr>
        <w:t>카카오톡</w:t>
      </w:r>
      <w:proofErr w:type="spell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대화</w:t>
      </w:r>
      <w:r>
        <w:rPr>
          <w:rFonts w:eastAsia="맑은 고딕"/>
          <w:lang w:eastAsia="ko-KR"/>
        </w:rPr>
        <w:t xml:space="preserve"> (2026. 4. 27</w:t>
      </w:r>
      <w:proofErr w:type="gramStart"/>
      <w:r>
        <w:rPr>
          <w:rFonts w:eastAsia="맑은 고딕"/>
          <w:lang w:eastAsia="ko-KR"/>
        </w:rPr>
        <w:t>.~</w:t>
      </w:r>
      <w:proofErr w:type="gramEnd"/>
      <w:r>
        <w:rPr>
          <w:rFonts w:eastAsia="맑은 고딕"/>
          <w:lang w:eastAsia="ko-KR"/>
        </w:rPr>
        <w:t>4. 29</w:t>
      </w:r>
      <w:proofErr w:type="gramStart"/>
      <w:r>
        <w:rPr>
          <w:rFonts w:eastAsia="맑은 고딕"/>
          <w:lang w:eastAsia="ko-KR"/>
        </w:rPr>
        <w:t>.,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출발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직전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연락두절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5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2      </w:t>
      </w:r>
      <w:proofErr w:type="spellStart"/>
      <w:r>
        <w:rPr>
          <w:rFonts w:eastAsia="맑은 고딕"/>
          <w:lang w:eastAsia="ko-KR"/>
        </w:rPr>
        <w:t>카카오톡</w:t>
      </w:r>
      <w:proofErr w:type="spell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대화</w:t>
      </w:r>
      <w:r>
        <w:rPr>
          <w:rFonts w:eastAsia="맑은 고딕"/>
          <w:lang w:eastAsia="ko-KR"/>
        </w:rPr>
        <w:t xml:space="preserve"> (2026. 4. 30</w:t>
      </w:r>
      <w:proofErr w:type="gramStart"/>
      <w:r>
        <w:rPr>
          <w:rFonts w:eastAsia="맑은 고딕"/>
          <w:lang w:eastAsia="ko-KR"/>
        </w:rPr>
        <w:t>.,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여행무산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통보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직후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피해호소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5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3      </w:t>
      </w:r>
      <w:proofErr w:type="spellStart"/>
      <w:r>
        <w:rPr>
          <w:rFonts w:eastAsia="맑은 고딕"/>
          <w:lang w:eastAsia="ko-KR"/>
        </w:rPr>
        <w:t>카카오톡</w:t>
      </w:r>
      <w:proofErr w:type="spell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대화</w:t>
      </w:r>
      <w:r>
        <w:rPr>
          <w:rFonts w:eastAsia="맑은 고딕"/>
          <w:lang w:eastAsia="ko-KR"/>
        </w:rPr>
        <w:t xml:space="preserve"> (2026. 5</w:t>
      </w:r>
      <w:r>
        <w:rPr>
          <w:rFonts w:eastAsia="맑은 고딕"/>
          <w:lang w:eastAsia="ko-KR"/>
        </w:rPr>
        <w:t>. 7</w:t>
      </w:r>
      <w:proofErr w:type="gramStart"/>
      <w:r>
        <w:rPr>
          <w:rFonts w:eastAsia="맑은 고딕"/>
          <w:lang w:eastAsia="ko-KR"/>
        </w:rPr>
        <w:t>.~</w:t>
      </w:r>
      <w:proofErr w:type="gramEnd"/>
      <w:r>
        <w:rPr>
          <w:rFonts w:eastAsia="맑은 고딕"/>
          <w:lang w:eastAsia="ko-KR"/>
        </w:rPr>
        <w:t>5. 13</w:t>
      </w:r>
      <w:proofErr w:type="gramStart"/>
      <w:r>
        <w:rPr>
          <w:rFonts w:eastAsia="맑은 고딕"/>
          <w:lang w:eastAsia="ko-KR"/>
        </w:rPr>
        <w:t>.,</w:t>
      </w:r>
      <w:proofErr w:type="gram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환불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약속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이행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촉구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5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4      </w:t>
      </w:r>
      <w:proofErr w:type="spellStart"/>
      <w:r>
        <w:rPr>
          <w:rFonts w:eastAsia="맑은 고딕"/>
          <w:lang w:eastAsia="ko-KR"/>
        </w:rPr>
        <w:t>카카오톡</w:t>
      </w:r>
      <w:proofErr w:type="spell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대화</w:t>
      </w:r>
      <w:r>
        <w:rPr>
          <w:rFonts w:eastAsia="맑은 고딕"/>
          <w:lang w:eastAsia="ko-KR"/>
        </w:rPr>
        <w:t xml:space="preserve"> (2026. 5. 15</w:t>
      </w:r>
      <w:proofErr w:type="gramStart"/>
      <w:r>
        <w:rPr>
          <w:rFonts w:eastAsia="맑은 고딕"/>
          <w:lang w:eastAsia="ko-KR"/>
        </w:rPr>
        <w:t>.~</w:t>
      </w:r>
      <w:proofErr w:type="gramEnd"/>
      <w:r>
        <w:rPr>
          <w:rFonts w:eastAsia="맑은 고딕"/>
          <w:lang w:eastAsia="ko-KR"/>
        </w:rPr>
        <w:t>5. 16</w:t>
      </w:r>
      <w:proofErr w:type="gramStart"/>
      <w:r>
        <w:rPr>
          <w:rFonts w:eastAsia="맑은 고딕"/>
          <w:lang w:eastAsia="ko-KR"/>
        </w:rPr>
        <w:t>.,</w:t>
      </w:r>
      <w:proofErr w:type="gramEnd"/>
      <w:r>
        <w:rPr>
          <w:rFonts w:eastAsia="맑은 고딕"/>
          <w:lang w:eastAsia="ko-KR"/>
        </w:rPr>
        <w:t xml:space="preserve"> 1</w:t>
      </w:r>
      <w:r>
        <w:rPr>
          <w:rFonts w:eastAsia="맑은 고딕"/>
          <w:lang w:eastAsia="ko-KR"/>
        </w:rPr>
        <w:t>차</w:t>
      </w:r>
      <w:r>
        <w:rPr>
          <w:rFonts w:eastAsia="맑은 고딕"/>
          <w:lang w:eastAsia="ko-KR"/>
        </w:rPr>
        <w:t xml:space="preserve"> </w:t>
      </w:r>
      <w:proofErr w:type="spellStart"/>
      <w:r>
        <w:rPr>
          <w:rFonts w:eastAsia="맑은 고딕"/>
          <w:lang w:eastAsia="ko-KR"/>
        </w:rPr>
        <w:t>분할금</w:t>
      </w:r>
      <w:proofErr w:type="spellEnd"/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미지급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6</w:t>
      </w:r>
      <w:r>
        <w:rPr>
          <w:rFonts w:eastAsia="맑은 고딕"/>
          <w:lang w:eastAsia="ko-KR"/>
        </w:rPr>
        <w:t>호증</w:t>
      </w:r>
      <w:r>
        <w:rPr>
          <w:rFonts w:eastAsia="맑은 고딕"/>
          <w:lang w:eastAsia="ko-KR"/>
        </w:rPr>
        <w:t xml:space="preserve">            </w:t>
      </w:r>
      <w:r>
        <w:rPr>
          <w:rFonts w:eastAsia="맑은 고딕"/>
          <w:lang w:eastAsia="ko-KR"/>
        </w:rPr>
        <w:t>전자세금계산서</w:t>
      </w:r>
      <w:r>
        <w:rPr>
          <w:rFonts w:eastAsia="맑은 고딕"/>
          <w:lang w:eastAsia="ko-KR"/>
        </w:rPr>
        <w:t xml:space="preserve"> (2026. 4. 30</w:t>
      </w:r>
      <w:proofErr w:type="gramStart"/>
      <w:r>
        <w:rPr>
          <w:rFonts w:eastAsia="맑은 고딕"/>
          <w:lang w:eastAsia="ko-KR"/>
        </w:rPr>
        <w:t>.</w:t>
      </w:r>
      <w:r>
        <w:rPr>
          <w:rFonts w:eastAsia="맑은 고딕"/>
          <w:lang w:eastAsia="ko-KR"/>
        </w:rPr>
        <w:t>자</w:t>
      </w:r>
      <w:proofErr w:type="gramEnd"/>
      <w:r>
        <w:rPr>
          <w:rFonts w:eastAsia="맑은 고딕"/>
          <w:lang w:eastAsia="ko-KR"/>
        </w:rPr>
        <w:t xml:space="preserve">, </w:t>
      </w:r>
      <w:r>
        <w:rPr>
          <w:rFonts w:eastAsia="맑은 고딕"/>
          <w:lang w:eastAsia="ko-KR"/>
        </w:rPr>
        <w:t>공급가액</w:t>
      </w:r>
      <w:r>
        <w:rPr>
          <w:rFonts w:eastAsia="맑은 고딕"/>
          <w:lang w:eastAsia="ko-KR"/>
        </w:rPr>
        <w:t xml:space="preserve"> 8,720,000</w:t>
      </w:r>
      <w:r>
        <w:rPr>
          <w:rFonts w:eastAsia="맑은 고딕"/>
          <w:lang w:eastAsia="ko-KR"/>
        </w:rPr>
        <w:t>원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7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1      </w:t>
      </w:r>
      <w:r>
        <w:rPr>
          <w:rFonts w:eastAsia="맑은 고딕"/>
          <w:lang w:eastAsia="ko-KR"/>
        </w:rPr>
        <w:t>위임장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신분증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사본</w:t>
      </w:r>
      <w:r>
        <w:rPr>
          <w:rFonts w:eastAsia="맑은 고딕"/>
          <w:lang w:eastAsia="ko-KR"/>
        </w:rPr>
        <w:t xml:space="preserve"> (</w:t>
      </w:r>
      <w:proofErr w:type="spellStart"/>
      <w:r>
        <w:rPr>
          <w:rFonts w:eastAsia="맑은 고딕"/>
          <w:lang w:eastAsia="ko-KR"/>
        </w:rPr>
        <w:t>최옥심</w:t>
      </w:r>
      <w:proofErr w:type="spellEnd"/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7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2      </w:t>
      </w:r>
      <w:r>
        <w:rPr>
          <w:rFonts w:eastAsia="맑은 고딕"/>
          <w:lang w:eastAsia="ko-KR"/>
        </w:rPr>
        <w:t>위임장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신분증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사본</w:t>
      </w:r>
      <w:r>
        <w:rPr>
          <w:rFonts w:eastAsia="맑은 고딕"/>
          <w:lang w:eastAsia="ko-KR"/>
        </w:rPr>
        <w:t xml:space="preserve"> (</w:t>
      </w:r>
      <w:r>
        <w:rPr>
          <w:rFonts w:eastAsia="맑은 고딕"/>
          <w:lang w:eastAsia="ko-KR"/>
        </w:rPr>
        <w:t>김숙정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7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3      </w:t>
      </w:r>
      <w:r>
        <w:rPr>
          <w:rFonts w:eastAsia="맑은 고딕"/>
          <w:lang w:eastAsia="ko-KR"/>
        </w:rPr>
        <w:t>위임장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신분증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사본</w:t>
      </w:r>
      <w:r>
        <w:rPr>
          <w:rFonts w:eastAsia="맑은 고딕"/>
          <w:lang w:eastAsia="ko-KR"/>
        </w:rPr>
        <w:t xml:space="preserve"> (</w:t>
      </w:r>
      <w:r>
        <w:rPr>
          <w:rFonts w:eastAsia="맑은 고딕"/>
          <w:lang w:eastAsia="ko-KR"/>
        </w:rPr>
        <w:t>고종구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7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4      </w:t>
      </w:r>
      <w:r>
        <w:rPr>
          <w:rFonts w:eastAsia="맑은 고딕"/>
          <w:lang w:eastAsia="ko-KR"/>
        </w:rPr>
        <w:t>위임장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여권사본</w:t>
      </w:r>
      <w:r>
        <w:rPr>
          <w:rFonts w:eastAsia="맑은 고딕"/>
          <w:lang w:eastAsia="ko-KR"/>
        </w:rPr>
        <w:t xml:space="preserve"> (</w:t>
      </w:r>
      <w:r>
        <w:rPr>
          <w:rFonts w:eastAsia="맑은 고딕"/>
          <w:lang w:eastAsia="ko-KR"/>
        </w:rPr>
        <w:t>최명숙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7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5      </w:t>
      </w:r>
      <w:r>
        <w:rPr>
          <w:rFonts w:eastAsia="맑은 고딕"/>
          <w:lang w:eastAsia="ko-KR"/>
        </w:rPr>
        <w:t>위임장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운전면허증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사본</w:t>
      </w:r>
      <w:r>
        <w:rPr>
          <w:rFonts w:eastAsia="맑은 고딕"/>
          <w:lang w:eastAsia="ko-KR"/>
        </w:rPr>
        <w:t xml:space="preserve"> (</w:t>
      </w:r>
      <w:r>
        <w:rPr>
          <w:rFonts w:eastAsia="맑은 고딕"/>
          <w:lang w:eastAsia="ko-KR"/>
        </w:rPr>
        <w:t>조영봉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7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6      </w:t>
      </w:r>
      <w:r>
        <w:rPr>
          <w:rFonts w:eastAsia="맑은 고딕"/>
          <w:lang w:eastAsia="ko-KR"/>
        </w:rPr>
        <w:t>위임장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여권사본</w:t>
      </w:r>
      <w:r>
        <w:rPr>
          <w:rFonts w:eastAsia="맑은 고딕"/>
          <w:lang w:eastAsia="ko-KR"/>
        </w:rPr>
        <w:t xml:space="preserve"> (</w:t>
      </w:r>
      <w:r>
        <w:rPr>
          <w:rFonts w:eastAsia="맑은 고딕"/>
          <w:lang w:eastAsia="ko-KR"/>
        </w:rPr>
        <w:t>배영화</w:t>
      </w:r>
      <w:r>
        <w:rPr>
          <w:rFonts w:eastAsia="맑은 고딕"/>
          <w:lang w:eastAsia="ko-KR"/>
        </w:rPr>
        <w:t>)</w:t>
      </w:r>
    </w:p>
    <w:p w:rsidR="00C83CB3" w:rsidRDefault="00302EA1">
      <w:pPr>
        <w:spacing w:after="6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갑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제</w:t>
      </w:r>
      <w:r>
        <w:rPr>
          <w:rFonts w:eastAsia="맑은 고딕"/>
          <w:lang w:eastAsia="ko-KR"/>
        </w:rPr>
        <w:t>7</w:t>
      </w:r>
      <w:r>
        <w:rPr>
          <w:rFonts w:eastAsia="맑은 고딕"/>
          <w:lang w:eastAsia="ko-KR"/>
        </w:rPr>
        <w:t>호증의</w:t>
      </w:r>
      <w:r>
        <w:rPr>
          <w:rFonts w:eastAsia="맑은 고딕"/>
          <w:lang w:eastAsia="ko-KR"/>
        </w:rPr>
        <w:t xml:space="preserve"> 7      </w:t>
      </w:r>
      <w:r>
        <w:rPr>
          <w:rFonts w:eastAsia="맑은 고딕"/>
          <w:lang w:eastAsia="ko-KR"/>
        </w:rPr>
        <w:t>위임장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및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운전면허증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사본</w:t>
      </w:r>
      <w:r>
        <w:rPr>
          <w:rFonts w:eastAsia="맑은 고딕"/>
          <w:lang w:eastAsia="ko-KR"/>
        </w:rPr>
        <w:t xml:space="preserve"> (</w:t>
      </w:r>
      <w:r>
        <w:rPr>
          <w:rFonts w:eastAsia="맑은 고딕"/>
          <w:lang w:eastAsia="ko-KR"/>
        </w:rPr>
        <w:t>이충호</w:t>
      </w:r>
      <w:r>
        <w:rPr>
          <w:rFonts w:eastAsia="맑은 고딕"/>
          <w:lang w:eastAsia="ko-KR"/>
        </w:rPr>
        <w:t>)</w:t>
      </w:r>
    </w:p>
    <w:p w:rsidR="00C83CB3" w:rsidRDefault="00C83CB3">
      <w:pPr>
        <w:rPr>
          <w:lang w:eastAsia="ko-KR"/>
        </w:rPr>
      </w:pPr>
    </w:p>
    <w:p w:rsidR="002A593C" w:rsidRDefault="002A593C">
      <w:pPr>
        <w:spacing w:before="240" w:after="160"/>
        <w:jc w:val="center"/>
        <w:rPr>
          <w:rFonts w:eastAsia="맑은 고딕"/>
          <w:b/>
          <w:sz w:val="28"/>
          <w:lang w:eastAsia="ko-KR"/>
        </w:rPr>
      </w:pPr>
    </w:p>
    <w:p w:rsidR="00C83CB3" w:rsidRDefault="00302EA1">
      <w:pPr>
        <w:spacing w:before="240" w:after="160"/>
        <w:jc w:val="center"/>
        <w:rPr>
          <w:lang w:eastAsia="ko-KR"/>
        </w:rPr>
      </w:pPr>
      <w:r>
        <w:rPr>
          <w:rFonts w:eastAsia="맑은 고딕"/>
          <w:b/>
          <w:sz w:val="28"/>
          <w:lang w:eastAsia="ko-KR"/>
        </w:rPr>
        <w:lastRenderedPageBreak/>
        <w:t>첨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부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서</w:t>
      </w:r>
      <w:r>
        <w:rPr>
          <w:rFonts w:eastAsia="맑은 고딕"/>
          <w:b/>
          <w:sz w:val="28"/>
          <w:lang w:eastAsia="ko-KR"/>
        </w:rPr>
        <w:t xml:space="preserve">   </w:t>
      </w:r>
      <w:r>
        <w:rPr>
          <w:rFonts w:eastAsia="맑은 고딕"/>
          <w:b/>
          <w:sz w:val="28"/>
          <w:lang w:eastAsia="ko-KR"/>
        </w:rPr>
        <w:t>류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소송비용</w:t>
      </w:r>
      <w:r>
        <w:rPr>
          <w:rFonts w:eastAsia="맑은 고딕"/>
          <w:lang w:eastAsia="ko-KR"/>
        </w:rPr>
        <w:t>(</w:t>
      </w:r>
      <w:r>
        <w:rPr>
          <w:rFonts w:eastAsia="맑은 고딕"/>
          <w:lang w:eastAsia="ko-KR"/>
        </w:rPr>
        <w:t>인지</w:t>
      </w:r>
      <w:r>
        <w:rPr>
          <w:rFonts w:eastAsia="맑은 고딕"/>
          <w:lang w:eastAsia="ko-KR"/>
        </w:rPr>
        <w:t xml:space="preserve">, </w:t>
      </w:r>
      <w:proofErr w:type="spellStart"/>
      <w:r>
        <w:rPr>
          <w:rFonts w:eastAsia="맑은 고딕"/>
          <w:lang w:eastAsia="ko-KR"/>
        </w:rPr>
        <w:t>송달료</w:t>
      </w:r>
      <w:proofErr w:type="spellEnd"/>
      <w:r>
        <w:rPr>
          <w:rFonts w:eastAsia="맑은 고딕"/>
          <w:lang w:eastAsia="ko-KR"/>
        </w:rPr>
        <w:t>)</w:t>
      </w:r>
      <w:r>
        <w:rPr>
          <w:rFonts w:eastAsia="맑은 고딕"/>
          <w:lang w:eastAsia="ko-KR"/>
        </w:rPr>
        <w:t>납부서</w:t>
      </w:r>
      <w:r>
        <w:rPr>
          <w:rFonts w:eastAsia="맑은 고딕"/>
          <w:lang w:eastAsia="ko-KR"/>
        </w:rPr>
        <w:t xml:space="preserve">     </w:t>
      </w:r>
      <w:r>
        <w:rPr>
          <w:rFonts w:eastAsia="맑은 고딕"/>
          <w:lang w:eastAsia="ko-KR"/>
        </w:rPr>
        <w:t>각</w:t>
      </w:r>
      <w:r>
        <w:rPr>
          <w:rFonts w:eastAsia="맑은 고딕"/>
          <w:lang w:eastAsia="ko-KR"/>
        </w:rPr>
        <w:t xml:space="preserve"> 1</w:t>
      </w:r>
      <w:r>
        <w:rPr>
          <w:rFonts w:eastAsia="맑은 고딕"/>
          <w:lang w:eastAsia="ko-KR"/>
        </w:rPr>
        <w:t>부</w:t>
      </w:r>
    </w:p>
    <w:p w:rsidR="00C83CB3" w:rsidRDefault="00302EA1">
      <w:pPr>
        <w:spacing w:after="80"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위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입증서류</w:t>
      </w:r>
      <w:r>
        <w:rPr>
          <w:rFonts w:eastAsia="맑은 고딕"/>
          <w:lang w:eastAsia="ko-KR"/>
        </w:rPr>
        <w:t xml:space="preserve">                              </w:t>
      </w:r>
      <w:r>
        <w:rPr>
          <w:rFonts w:eastAsia="맑은 고딕"/>
          <w:lang w:eastAsia="ko-KR"/>
        </w:rPr>
        <w:t>각</w:t>
      </w:r>
      <w:r>
        <w:rPr>
          <w:rFonts w:eastAsia="맑은 고딕"/>
          <w:lang w:eastAsia="ko-KR"/>
        </w:rPr>
        <w:t xml:space="preserve"> 1</w:t>
      </w:r>
      <w:r>
        <w:rPr>
          <w:rFonts w:eastAsia="맑은 고딕"/>
          <w:lang w:eastAsia="ko-KR"/>
        </w:rPr>
        <w:t>통</w:t>
      </w:r>
    </w:p>
    <w:p w:rsidR="00C83CB3" w:rsidRDefault="00302EA1">
      <w:pPr>
        <w:spacing w:line="360" w:lineRule="auto"/>
        <w:rPr>
          <w:lang w:eastAsia="ko-KR"/>
        </w:rPr>
      </w:pPr>
      <w:r>
        <w:rPr>
          <w:rFonts w:eastAsia="맑은 고딕"/>
          <w:lang w:eastAsia="ko-KR"/>
        </w:rPr>
        <w:t xml:space="preserve">1.  </w:t>
      </w:r>
      <w:r>
        <w:rPr>
          <w:rFonts w:eastAsia="맑은 고딕"/>
          <w:lang w:eastAsia="ko-KR"/>
        </w:rPr>
        <w:t>소장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부본</w:t>
      </w:r>
      <w:r>
        <w:rPr>
          <w:rFonts w:eastAsia="맑은 고딕"/>
          <w:lang w:eastAsia="ko-KR"/>
        </w:rPr>
        <w:t xml:space="preserve">                                  1</w:t>
      </w:r>
      <w:r>
        <w:rPr>
          <w:rFonts w:eastAsia="맑은 고딕"/>
          <w:lang w:eastAsia="ko-KR"/>
        </w:rPr>
        <w:t>부</w:t>
      </w:r>
    </w:p>
    <w:p w:rsidR="00C83CB3" w:rsidRDefault="00C83CB3">
      <w:pPr>
        <w:rPr>
          <w:lang w:eastAsia="ko-KR"/>
        </w:rPr>
      </w:pPr>
    </w:p>
    <w:p w:rsidR="00C83CB3" w:rsidRDefault="00302EA1">
      <w:pPr>
        <w:jc w:val="center"/>
        <w:rPr>
          <w:lang w:eastAsia="ko-KR"/>
        </w:rPr>
      </w:pPr>
      <w:r>
        <w:rPr>
          <w:rFonts w:eastAsia="맑은 고딕"/>
          <w:sz w:val="24"/>
          <w:lang w:eastAsia="ko-KR"/>
        </w:rPr>
        <w:t>2026.   5.   26.</w:t>
      </w:r>
    </w:p>
    <w:p w:rsidR="00C83CB3" w:rsidRDefault="00302EA1">
      <w:pPr>
        <w:jc w:val="right"/>
        <w:rPr>
          <w:lang w:eastAsia="ko-KR"/>
        </w:rPr>
      </w:pPr>
      <w:r>
        <w:rPr>
          <w:rFonts w:eastAsia="맑은 고딕"/>
          <w:b/>
          <w:sz w:val="24"/>
          <w:lang w:eastAsia="ko-KR"/>
        </w:rPr>
        <w:t>원</w:t>
      </w:r>
      <w:r>
        <w:rPr>
          <w:rFonts w:eastAsia="맑은 고딕"/>
          <w:b/>
          <w:sz w:val="24"/>
          <w:lang w:eastAsia="ko-KR"/>
        </w:rPr>
        <w:t xml:space="preserve">   </w:t>
      </w:r>
      <w:r>
        <w:rPr>
          <w:rFonts w:eastAsia="맑은 고딕"/>
          <w:b/>
          <w:sz w:val="24"/>
          <w:lang w:eastAsia="ko-KR"/>
        </w:rPr>
        <w:t>고</w:t>
      </w:r>
      <w:r>
        <w:rPr>
          <w:rFonts w:eastAsia="맑은 고딕"/>
          <w:b/>
          <w:sz w:val="24"/>
          <w:lang w:eastAsia="ko-KR"/>
        </w:rPr>
        <w:t xml:space="preserve">      </w:t>
      </w:r>
      <w:proofErr w:type="gramStart"/>
      <w:r>
        <w:rPr>
          <w:rFonts w:eastAsia="맑은 고딕"/>
          <w:b/>
          <w:sz w:val="24"/>
          <w:lang w:eastAsia="ko-KR"/>
        </w:rPr>
        <w:t>이</w:t>
      </w:r>
      <w:r>
        <w:rPr>
          <w:rFonts w:eastAsia="맑은 고딕"/>
          <w:b/>
          <w:sz w:val="24"/>
          <w:lang w:eastAsia="ko-KR"/>
        </w:rPr>
        <w:t xml:space="preserve">  </w:t>
      </w:r>
      <w:r>
        <w:rPr>
          <w:rFonts w:eastAsia="맑은 고딕"/>
          <w:b/>
          <w:sz w:val="24"/>
          <w:lang w:eastAsia="ko-KR"/>
        </w:rPr>
        <w:t>상</w:t>
      </w:r>
      <w:proofErr w:type="gramEnd"/>
      <w:r>
        <w:rPr>
          <w:rFonts w:eastAsia="맑은 고딕"/>
          <w:b/>
          <w:sz w:val="24"/>
          <w:lang w:eastAsia="ko-KR"/>
        </w:rPr>
        <w:t xml:space="preserve">  </w:t>
      </w:r>
      <w:r>
        <w:rPr>
          <w:rFonts w:eastAsia="맑은 고딕"/>
          <w:b/>
          <w:sz w:val="24"/>
          <w:lang w:eastAsia="ko-KR"/>
        </w:rPr>
        <w:t>구</w:t>
      </w:r>
      <w:r>
        <w:rPr>
          <w:rFonts w:eastAsia="맑은 고딕"/>
          <w:b/>
          <w:sz w:val="24"/>
          <w:lang w:eastAsia="ko-KR"/>
        </w:rPr>
        <w:t xml:space="preserve">       </w:t>
      </w:r>
      <w:r>
        <w:rPr>
          <w:noProof/>
          <w:lang w:eastAsia="ko-KR"/>
        </w:rPr>
        <w:drawing>
          <wp:inline distT="0" distB="0" distL="0" distR="0">
            <wp:extent cx="792000" cy="6676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인_final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2000" cy="667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맑은 고딕"/>
          <w:sz w:val="24"/>
          <w:lang w:eastAsia="ko-KR"/>
        </w:rPr>
        <w:t xml:space="preserve">  </w:t>
      </w:r>
      <w:r>
        <w:rPr>
          <w:noProof/>
          <w:lang w:eastAsia="ko-KR"/>
        </w:rPr>
        <w:drawing>
          <wp:inline distT="0" distB="0" distL="0" distR="0">
            <wp:extent cx="540000" cy="472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직인_transparent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" cy="4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CB3" w:rsidRDefault="00C83CB3">
      <w:pPr>
        <w:rPr>
          <w:lang w:eastAsia="ko-KR"/>
        </w:rPr>
      </w:pPr>
    </w:p>
    <w:p w:rsidR="00C83CB3" w:rsidRDefault="00302EA1">
      <w:pPr>
        <w:spacing w:after="80"/>
        <w:rPr>
          <w:lang w:eastAsia="ko-KR"/>
        </w:rPr>
      </w:pPr>
      <w:r>
        <w:rPr>
          <w:rFonts w:eastAsia="맑은 고딕"/>
          <w:sz w:val="20"/>
          <w:lang w:eastAsia="ko-KR"/>
        </w:rPr>
        <w:t xml:space="preserve">── </w:t>
      </w:r>
      <w:r>
        <w:rPr>
          <w:rFonts w:eastAsia="맑은 고딕"/>
          <w:sz w:val="20"/>
          <w:lang w:eastAsia="ko-KR"/>
        </w:rPr>
        <w:t>휴대전화를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통한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정보수신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신청</w:t>
      </w:r>
      <w:r>
        <w:rPr>
          <w:rFonts w:eastAsia="맑은 고딕"/>
          <w:sz w:val="20"/>
          <w:lang w:eastAsia="ko-KR"/>
        </w:rPr>
        <w:t xml:space="preserve"> ─────────────────────</w:t>
      </w:r>
    </w:p>
    <w:p w:rsidR="00C83CB3" w:rsidRDefault="00302EA1">
      <w:pPr>
        <w:spacing w:after="80" w:line="312" w:lineRule="auto"/>
        <w:rPr>
          <w:lang w:eastAsia="ko-KR"/>
        </w:rPr>
      </w:pPr>
      <w:r>
        <w:rPr>
          <w:rFonts w:eastAsia="맑은 고딕"/>
          <w:sz w:val="20"/>
          <w:lang w:eastAsia="ko-KR"/>
        </w:rPr>
        <w:t>위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사건에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관한</w:t>
      </w:r>
      <w:r>
        <w:rPr>
          <w:rFonts w:eastAsia="맑은 고딕"/>
          <w:sz w:val="20"/>
          <w:lang w:eastAsia="ko-KR"/>
        </w:rPr>
        <w:t xml:space="preserve"> </w:t>
      </w:r>
      <w:proofErr w:type="spellStart"/>
      <w:r>
        <w:rPr>
          <w:rFonts w:eastAsia="맑은 고딕"/>
          <w:sz w:val="20"/>
          <w:lang w:eastAsia="ko-KR"/>
        </w:rPr>
        <w:t>재판기일의</w:t>
      </w:r>
      <w:proofErr w:type="spellEnd"/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지정</w:t>
      </w:r>
      <w:r>
        <w:rPr>
          <w:rFonts w:eastAsia="맑은 고딕"/>
          <w:sz w:val="20"/>
          <w:lang w:eastAsia="ko-KR"/>
        </w:rPr>
        <w:t>·</w:t>
      </w:r>
      <w:r>
        <w:rPr>
          <w:rFonts w:eastAsia="맑은 고딕"/>
          <w:sz w:val="20"/>
          <w:lang w:eastAsia="ko-KR"/>
        </w:rPr>
        <w:t>변경</w:t>
      </w:r>
      <w:r>
        <w:rPr>
          <w:rFonts w:eastAsia="맑은 고딕"/>
          <w:sz w:val="20"/>
          <w:lang w:eastAsia="ko-KR"/>
        </w:rPr>
        <w:t>·</w:t>
      </w:r>
      <w:r>
        <w:rPr>
          <w:rFonts w:eastAsia="맑은 고딕"/>
          <w:sz w:val="20"/>
          <w:lang w:eastAsia="ko-KR"/>
        </w:rPr>
        <w:t>취소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및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문건접수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사실을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예납의무자가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납부한</w:t>
      </w:r>
      <w:r>
        <w:rPr>
          <w:rFonts w:eastAsia="맑은 고딕"/>
          <w:sz w:val="20"/>
          <w:lang w:eastAsia="ko-KR"/>
        </w:rPr>
        <w:t xml:space="preserve"> </w:t>
      </w:r>
      <w:proofErr w:type="spellStart"/>
      <w:r>
        <w:rPr>
          <w:rFonts w:eastAsia="맑은 고딕"/>
          <w:sz w:val="20"/>
          <w:lang w:eastAsia="ko-KR"/>
        </w:rPr>
        <w:t>송달료</w:t>
      </w:r>
      <w:proofErr w:type="spellEnd"/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잔액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범위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내에서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아래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휴대전화를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통하여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알려주실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것을</w:t>
      </w:r>
      <w:r>
        <w:rPr>
          <w:rFonts w:eastAsia="맑은 고딕"/>
          <w:sz w:val="20"/>
          <w:lang w:eastAsia="ko-KR"/>
        </w:rPr>
        <w:t xml:space="preserve"> </w:t>
      </w:r>
      <w:r>
        <w:rPr>
          <w:rFonts w:eastAsia="맑은 고딕"/>
          <w:sz w:val="20"/>
          <w:lang w:eastAsia="ko-KR"/>
        </w:rPr>
        <w:t>신청합니다</w:t>
      </w:r>
      <w:r>
        <w:rPr>
          <w:rFonts w:eastAsia="맑은 고딕"/>
          <w:sz w:val="20"/>
          <w:lang w:eastAsia="ko-KR"/>
        </w:rPr>
        <w:t>.</w:t>
      </w:r>
    </w:p>
    <w:p w:rsidR="00C83CB3" w:rsidRDefault="00302EA1">
      <w:pPr>
        <w:spacing w:after="80"/>
        <w:rPr>
          <w:lang w:eastAsia="ko-KR"/>
        </w:rPr>
      </w:pPr>
      <w:r>
        <w:rPr>
          <w:rFonts w:eastAsia="맑은 고딕"/>
          <w:sz w:val="20"/>
          <w:lang w:eastAsia="ko-KR"/>
        </w:rPr>
        <w:t xml:space="preserve">▣ </w:t>
      </w:r>
      <w:r>
        <w:rPr>
          <w:rFonts w:eastAsia="맑은 고딕"/>
          <w:sz w:val="20"/>
          <w:lang w:eastAsia="ko-KR"/>
        </w:rPr>
        <w:t>휴대전화번호</w:t>
      </w:r>
      <w:r>
        <w:rPr>
          <w:rFonts w:eastAsia="맑은 고딕"/>
          <w:sz w:val="20"/>
          <w:lang w:eastAsia="ko-KR"/>
        </w:rPr>
        <w:t>:  010-3316-5496</w:t>
      </w:r>
    </w:p>
    <w:p w:rsidR="00C83CB3" w:rsidRDefault="00C83CB3">
      <w:pPr>
        <w:rPr>
          <w:lang w:eastAsia="ko-KR"/>
        </w:rPr>
      </w:pPr>
    </w:p>
    <w:p w:rsidR="00C83CB3" w:rsidRDefault="00302EA1">
      <w:pPr>
        <w:jc w:val="center"/>
        <w:rPr>
          <w:lang w:eastAsia="ko-KR"/>
        </w:rPr>
      </w:pPr>
      <w:r>
        <w:rPr>
          <w:rFonts w:eastAsia="맑은 고딕"/>
          <w:sz w:val="20"/>
          <w:lang w:eastAsia="ko-KR"/>
        </w:rPr>
        <w:t xml:space="preserve">2026.   </w:t>
      </w:r>
      <w:r>
        <w:rPr>
          <w:rFonts w:eastAsia="맑은 고딕"/>
          <w:sz w:val="20"/>
          <w:lang w:eastAsia="ko-KR"/>
        </w:rPr>
        <w:t>5.   26.</w:t>
      </w:r>
    </w:p>
    <w:p w:rsidR="00C83CB3" w:rsidRDefault="00302EA1">
      <w:pPr>
        <w:jc w:val="right"/>
        <w:rPr>
          <w:lang w:eastAsia="ko-KR"/>
        </w:rPr>
      </w:pPr>
      <w:r>
        <w:rPr>
          <w:rFonts w:eastAsia="맑은 고딕"/>
          <w:lang w:eastAsia="ko-KR"/>
        </w:rPr>
        <w:t>신청인</w:t>
      </w:r>
      <w:r>
        <w:rPr>
          <w:rFonts w:eastAsia="맑은 고딕"/>
          <w:lang w:eastAsia="ko-KR"/>
        </w:rPr>
        <w:t xml:space="preserve"> </w:t>
      </w:r>
      <w:r>
        <w:rPr>
          <w:rFonts w:eastAsia="맑은 고딕"/>
          <w:lang w:eastAsia="ko-KR"/>
        </w:rPr>
        <w:t>원고</w:t>
      </w:r>
      <w:r>
        <w:rPr>
          <w:rFonts w:eastAsia="맑은 고딕"/>
          <w:lang w:eastAsia="ko-KR"/>
        </w:rPr>
        <w:t xml:space="preserve">      </w:t>
      </w:r>
      <w:proofErr w:type="gramStart"/>
      <w:r>
        <w:rPr>
          <w:rFonts w:eastAsia="맑은 고딕"/>
          <w:lang w:eastAsia="ko-KR"/>
        </w:rPr>
        <w:t>이</w:t>
      </w:r>
      <w:r>
        <w:rPr>
          <w:rFonts w:eastAsia="맑은 고딕"/>
          <w:lang w:eastAsia="ko-KR"/>
        </w:rPr>
        <w:t xml:space="preserve">  </w:t>
      </w:r>
      <w:r>
        <w:rPr>
          <w:rFonts w:eastAsia="맑은 고딕"/>
          <w:lang w:eastAsia="ko-KR"/>
        </w:rPr>
        <w:t>상</w:t>
      </w:r>
      <w:proofErr w:type="gramEnd"/>
      <w:r>
        <w:rPr>
          <w:rFonts w:eastAsia="맑은 고딕"/>
          <w:lang w:eastAsia="ko-KR"/>
        </w:rPr>
        <w:t xml:space="preserve">  </w:t>
      </w:r>
      <w:r>
        <w:rPr>
          <w:rFonts w:eastAsia="맑은 고딕"/>
          <w:lang w:eastAsia="ko-KR"/>
        </w:rPr>
        <w:t>구</w:t>
      </w:r>
      <w:r>
        <w:rPr>
          <w:rFonts w:eastAsia="맑은 고딕"/>
          <w:lang w:eastAsia="ko-KR"/>
        </w:rPr>
        <w:t xml:space="preserve">       </w:t>
      </w:r>
      <w:r>
        <w:rPr>
          <w:noProof/>
          <w:lang w:eastAsia="ko-KR"/>
        </w:rPr>
        <w:drawing>
          <wp:inline distT="0" distB="0" distL="0" distR="0">
            <wp:extent cx="720000" cy="60694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인_final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606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맑은 고딕"/>
          <w:lang w:eastAsia="ko-KR"/>
        </w:rPr>
        <w:t xml:space="preserve">  </w:t>
      </w:r>
      <w:r>
        <w:rPr>
          <w:noProof/>
          <w:lang w:eastAsia="ko-KR"/>
        </w:rPr>
        <w:drawing>
          <wp:inline distT="0" distB="0" distL="0" distR="0">
            <wp:extent cx="468000" cy="409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직인_transparent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8000" cy="40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CB3" w:rsidRDefault="00C83CB3">
      <w:pPr>
        <w:rPr>
          <w:lang w:eastAsia="ko-KR"/>
        </w:rPr>
      </w:pPr>
    </w:p>
    <w:p w:rsidR="00C83CB3" w:rsidRDefault="00302EA1">
      <w:pPr>
        <w:spacing w:after="120"/>
        <w:jc w:val="center"/>
      </w:pPr>
      <w:r>
        <w:rPr>
          <w:rFonts w:eastAsia="맑은 고딕"/>
          <w:b/>
          <w:sz w:val="28"/>
        </w:rPr>
        <w:t>인</w:t>
      </w:r>
      <w:r>
        <w:rPr>
          <w:rFonts w:eastAsia="맑은 고딕"/>
          <w:b/>
          <w:sz w:val="28"/>
        </w:rPr>
        <w:t xml:space="preserve"> </w:t>
      </w:r>
      <w:r>
        <w:rPr>
          <w:rFonts w:eastAsia="맑은 고딕"/>
          <w:b/>
          <w:sz w:val="28"/>
        </w:rPr>
        <w:t>천</w:t>
      </w:r>
      <w:r>
        <w:rPr>
          <w:rFonts w:eastAsia="맑은 고딕"/>
          <w:b/>
          <w:sz w:val="28"/>
        </w:rPr>
        <w:t xml:space="preserve"> </w:t>
      </w:r>
      <w:r>
        <w:rPr>
          <w:rFonts w:eastAsia="맑은 고딕"/>
          <w:b/>
          <w:sz w:val="28"/>
        </w:rPr>
        <w:t>지</w:t>
      </w:r>
      <w:r>
        <w:rPr>
          <w:rFonts w:eastAsia="맑은 고딕"/>
          <w:b/>
          <w:sz w:val="28"/>
        </w:rPr>
        <w:t xml:space="preserve"> </w:t>
      </w:r>
      <w:r>
        <w:rPr>
          <w:rFonts w:eastAsia="맑은 고딕"/>
          <w:b/>
          <w:sz w:val="28"/>
        </w:rPr>
        <w:t>방</w:t>
      </w:r>
      <w:r>
        <w:rPr>
          <w:rFonts w:eastAsia="맑은 고딕"/>
          <w:b/>
          <w:sz w:val="28"/>
        </w:rPr>
        <w:t xml:space="preserve"> </w:t>
      </w:r>
      <w:r>
        <w:rPr>
          <w:rFonts w:eastAsia="맑은 고딕"/>
          <w:b/>
          <w:sz w:val="28"/>
        </w:rPr>
        <w:t>법</w:t>
      </w:r>
      <w:r>
        <w:rPr>
          <w:rFonts w:eastAsia="맑은 고딕"/>
          <w:b/>
          <w:sz w:val="28"/>
        </w:rPr>
        <w:t xml:space="preserve"> </w:t>
      </w:r>
      <w:r>
        <w:rPr>
          <w:rFonts w:eastAsia="맑은 고딕"/>
          <w:b/>
          <w:sz w:val="28"/>
        </w:rPr>
        <w:t>원</w:t>
      </w:r>
      <w:r>
        <w:rPr>
          <w:rFonts w:eastAsia="맑은 고딕"/>
          <w:b/>
          <w:sz w:val="28"/>
        </w:rPr>
        <w:t xml:space="preserve">      </w:t>
      </w:r>
      <w:proofErr w:type="gramStart"/>
      <w:r>
        <w:rPr>
          <w:rFonts w:eastAsia="맑은 고딕"/>
          <w:b/>
          <w:sz w:val="28"/>
        </w:rPr>
        <w:t>귀</w:t>
      </w:r>
      <w:r>
        <w:rPr>
          <w:rFonts w:eastAsia="맑은 고딕"/>
          <w:b/>
          <w:sz w:val="28"/>
        </w:rPr>
        <w:t xml:space="preserve">  </w:t>
      </w:r>
      <w:r>
        <w:rPr>
          <w:rFonts w:eastAsia="맑은 고딕"/>
          <w:b/>
          <w:sz w:val="28"/>
        </w:rPr>
        <w:t>중</w:t>
      </w:r>
      <w:proofErr w:type="gramEnd"/>
    </w:p>
    <w:sectPr w:rsidR="00C83CB3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2A593C"/>
    <w:rsid w:val="00302EA1"/>
    <w:rsid w:val="00326F90"/>
    <w:rsid w:val="00AA1D8D"/>
    <w:rsid w:val="00B47730"/>
    <w:rsid w:val="00C83CB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8F25BBFE-0EC7-4BDD-887E-3ABF4748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4A9DE2-6BE7-4969-9847-88E916633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679</Words>
  <Characters>3873</Characters>
  <Application>Microsoft Office Word</Application>
  <DocSecurity>0</DocSecurity>
  <Lines>32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4543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세한</cp:lastModifiedBy>
  <cp:revision>2</cp:revision>
  <dcterms:created xsi:type="dcterms:W3CDTF">2026-05-27T01:30:00Z</dcterms:created>
  <dcterms:modified xsi:type="dcterms:W3CDTF">2026-05-27T01:30:00Z</dcterms:modified>
  <cp:category/>
</cp:coreProperties>
</file>